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7ED4F" w14:textId="77777777" w:rsidR="00D531EF" w:rsidRDefault="00000000">
      <w:pPr>
        <w:jc w:val="center"/>
      </w:pPr>
      <w:r>
        <w:rPr>
          <w:b/>
          <w:sz w:val="46"/>
        </w:rPr>
        <w:t>MYL Scheduler Database Design</w:t>
      </w:r>
    </w:p>
    <w:p w14:paraId="3E17BED3" w14:textId="77777777" w:rsidR="00D531EF" w:rsidRDefault="00000000">
      <w:pPr>
        <w:jc w:val="center"/>
      </w:pPr>
      <w:r>
        <w:rPr>
          <w:i/>
          <w:sz w:val="24"/>
        </w:rPr>
        <w:t>Existing Schedule Structure and Proposed Constraint-Based Architecture</w:t>
      </w:r>
    </w:p>
    <w:p w14:paraId="3000774D" w14:textId="77777777" w:rsidR="00D531EF" w:rsidRDefault="00000000">
      <w:r>
        <w:t>This document explains the current schedule-related database structure, the limitations that arise when additional scheduling rules are introduced, and a proposed generalized constraint layer. All examples below use sample data for visual explanation.</w:t>
      </w:r>
    </w:p>
    <w:p w14:paraId="1CED85DD" w14:textId="77777777" w:rsidR="00D531EF" w:rsidRDefault="00000000">
      <w:pPr>
        <w:pStyle w:val="Heading1"/>
      </w:pPr>
      <w:r>
        <w:t>1. Solution Overview</w:t>
      </w:r>
    </w:p>
    <w:p w14:paraId="5F352E4C" w14:textId="77777777" w:rsidR="00D531EF" w:rsidRDefault="00000000">
      <w:r>
        <w:t>The proposed solution keeps the existing business data and scheduling tables. It does not replace Resources, Teams, Officials, Games, or Schedules with a single EAV table.</w:t>
      </w:r>
    </w:p>
    <w:p w14:paraId="163E1099" w14:textId="77777777" w:rsidR="00D531EF" w:rsidRDefault="00000000">
      <w:r>
        <w:t>A generalized layer is added specifically for scheduling constraints, because different types of data can have different rules.</w:t>
      </w:r>
    </w:p>
    <w:p w14:paraId="660F8224" w14:textId="77777777" w:rsidR="00D531EF" w:rsidRDefault="00000000">
      <w:pPr>
        <w:spacing w:after="140"/>
        <w:ind w:left="360"/>
      </w:pPr>
      <w:r>
        <w:rPr>
          <w:rFonts w:ascii="Courier New" w:hAnsi="Courier New"/>
          <w:sz w:val="18"/>
        </w:rPr>
        <w:t>EXISTING MASTER DATA</w:t>
      </w:r>
      <w:r>
        <w:rPr>
          <w:rFonts w:ascii="Courier New" w:hAnsi="Courier New"/>
          <w:sz w:val="18"/>
        </w:rPr>
        <w:br/>
        <w:t>Resource / Team / Official / Coach</w:t>
      </w:r>
      <w:r>
        <w:rPr>
          <w:rFonts w:ascii="Courier New" w:hAnsi="Courier New"/>
          <w:sz w:val="18"/>
        </w:rPr>
        <w:br/>
        <w:t xml:space="preserve">            +</w:t>
      </w:r>
      <w:r>
        <w:rPr>
          <w:rFonts w:ascii="Courier New" w:hAnsi="Courier New"/>
          <w:sz w:val="18"/>
        </w:rPr>
        <w:br/>
        <w:t>NEW CONSTRAINT SYSTEM</w:t>
      </w:r>
      <w:r>
        <w:rPr>
          <w:rFonts w:ascii="Courier New" w:hAnsi="Courier New"/>
          <w:sz w:val="18"/>
        </w:rPr>
        <w:br/>
        <w:t>Availability / Max Games / Minimum Rest / etc.</w:t>
      </w:r>
      <w:r>
        <w:rPr>
          <w:rFonts w:ascii="Courier New" w:hAnsi="Courier New"/>
          <w:sz w:val="18"/>
        </w:rPr>
        <w:br/>
        <w:t xml:space="preserve">            ↓</w:t>
      </w:r>
      <w:r>
        <w:rPr>
          <w:rFonts w:ascii="Courier New" w:hAnsi="Courier New"/>
          <w:sz w:val="18"/>
        </w:rPr>
        <w:br/>
        <w:t>SCHEDULER</w:t>
      </w:r>
      <w:r>
        <w:rPr>
          <w:rFonts w:ascii="Courier New" w:hAnsi="Courier New"/>
          <w:sz w:val="18"/>
        </w:rPr>
        <w:br/>
        <w:t xml:space="preserve">            ↓</w:t>
      </w:r>
      <w:r>
        <w:rPr>
          <w:rFonts w:ascii="Courier New" w:hAnsi="Courier New"/>
          <w:sz w:val="18"/>
        </w:rPr>
        <w:br/>
        <w:t>EXISTING GAME + SCHEDULE DATA</w:t>
      </w:r>
    </w:p>
    <w:p w14:paraId="7C0080A2" w14:textId="77777777" w:rsidR="00D531EF" w:rsidRDefault="00000000">
      <w:pPr>
        <w:pStyle w:val="Heading1"/>
      </w:pPr>
      <w:r>
        <w:t>2. Current Database Structure</w:t>
      </w:r>
    </w:p>
    <w:p w14:paraId="3A53B3B9" w14:textId="77777777" w:rsidR="00D531EF" w:rsidRDefault="00000000">
      <w:r>
        <w:t>The current scheduling structure already contains important scheduling data. The following examples are filled with sample values to make the relationships easier to understand.</w:t>
      </w:r>
    </w:p>
    <w:p w14:paraId="38229733" w14:textId="77777777" w:rsidR="00D531EF" w:rsidRDefault="00000000">
      <w:pPr>
        <w:pStyle w:val="Heading2"/>
      </w:pPr>
      <w:r>
        <w:t>2.1 Existing resource Table</w:t>
      </w:r>
    </w:p>
    <w:tbl>
      <w:tblPr>
        <w:tblStyle w:val="TableGrid"/>
        <w:tblW w:w="0" w:type="auto"/>
        <w:jc w:val="center"/>
        <w:tblLook w:val="04A0" w:firstRow="1" w:lastRow="0" w:firstColumn="1" w:lastColumn="0" w:noHBand="0" w:noVBand="1"/>
      </w:tblPr>
      <w:tblGrid>
        <w:gridCol w:w="2045"/>
        <w:gridCol w:w="2045"/>
        <w:gridCol w:w="2045"/>
        <w:gridCol w:w="2045"/>
        <w:gridCol w:w="2045"/>
      </w:tblGrid>
      <w:tr w:rsidR="00D531EF" w14:paraId="1785648E" w14:textId="77777777">
        <w:trPr>
          <w:jc w:val="center"/>
        </w:trPr>
        <w:tc>
          <w:tcPr>
            <w:tcW w:w="2045" w:type="dxa"/>
            <w:shd w:val="clear" w:color="auto" w:fill="D9EAF7"/>
            <w:vAlign w:val="center"/>
          </w:tcPr>
          <w:p w14:paraId="220F54F3" w14:textId="77777777" w:rsidR="00D531EF" w:rsidRDefault="00000000">
            <w:r>
              <w:rPr>
                <w:b/>
                <w:sz w:val="19"/>
              </w:rPr>
              <w:t>rsc_id</w:t>
            </w:r>
          </w:p>
        </w:tc>
        <w:tc>
          <w:tcPr>
            <w:tcW w:w="2045" w:type="dxa"/>
            <w:shd w:val="clear" w:color="auto" w:fill="D9EAF7"/>
            <w:vAlign w:val="center"/>
          </w:tcPr>
          <w:p w14:paraId="413AA473" w14:textId="77777777" w:rsidR="00D531EF" w:rsidRDefault="00000000">
            <w:r>
              <w:rPr>
                <w:b/>
                <w:sz w:val="19"/>
              </w:rPr>
              <w:t>rsc_name</w:t>
            </w:r>
          </w:p>
        </w:tc>
        <w:tc>
          <w:tcPr>
            <w:tcW w:w="2045" w:type="dxa"/>
            <w:shd w:val="clear" w:color="auto" w:fill="D9EAF7"/>
            <w:vAlign w:val="center"/>
          </w:tcPr>
          <w:p w14:paraId="01C3B622" w14:textId="77777777" w:rsidR="00D531EF" w:rsidRDefault="00000000">
            <w:r>
              <w:rPr>
                <w:b/>
                <w:sz w:val="19"/>
              </w:rPr>
              <w:t>rsc_capacity</w:t>
            </w:r>
          </w:p>
        </w:tc>
        <w:tc>
          <w:tcPr>
            <w:tcW w:w="2045" w:type="dxa"/>
            <w:shd w:val="clear" w:color="auto" w:fill="D9EAF7"/>
            <w:vAlign w:val="center"/>
          </w:tcPr>
          <w:p w14:paraId="4C2EEE79" w14:textId="77777777" w:rsidR="00D531EF" w:rsidRDefault="00000000">
            <w:r>
              <w:rPr>
                <w:b/>
                <w:sz w:val="19"/>
              </w:rPr>
              <w:t>site_id</w:t>
            </w:r>
          </w:p>
        </w:tc>
        <w:tc>
          <w:tcPr>
            <w:tcW w:w="2045" w:type="dxa"/>
            <w:shd w:val="clear" w:color="auto" w:fill="D9EAF7"/>
            <w:vAlign w:val="center"/>
          </w:tcPr>
          <w:p w14:paraId="3F7F73AC" w14:textId="77777777" w:rsidR="00D531EF" w:rsidRDefault="00000000">
            <w:r>
              <w:rPr>
                <w:b/>
                <w:sz w:val="19"/>
              </w:rPr>
              <w:t>active</w:t>
            </w:r>
          </w:p>
        </w:tc>
      </w:tr>
      <w:tr w:rsidR="00D531EF" w14:paraId="63ECC9A2" w14:textId="77777777">
        <w:trPr>
          <w:jc w:val="center"/>
        </w:trPr>
        <w:tc>
          <w:tcPr>
            <w:tcW w:w="2045" w:type="dxa"/>
            <w:vAlign w:val="center"/>
          </w:tcPr>
          <w:p w14:paraId="736F519B" w14:textId="77777777" w:rsidR="00D531EF" w:rsidRDefault="00000000">
            <w:r>
              <w:rPr>
                <w:sz w:val="19"/>
              </w:rPr>
              <w:t>1</w:t>
            </w:r>
          </w:p>
        </w:tc>
        <w:tc>
          <w:tcPr>
            <w:tcW w:w="2045" w:type="dxa"/>
            <w:vAlign w:val="center"/>
          </w:tcPr>
          <w:p w14:paraId="109AA617" w14:textId="77777777" w:rsidR="00D531EF" w:rsidRDefault="00000000">
            <w:r>
              <w:rPr>
                <w:sz w:val="19"/>
              </w:rPr>
              <w:t>Ground A</w:t>
            </w:r>
          </w:p>
        </w:tc>
        <w:tc>
          <w:tcPr>
            <w:tcW w:w="2045" w:type="dxa"/>
            <w:vAlign w:val="center"/>
          </w:tcPr>
          <w:p w14:paraId="17E280B9" w14:textId="77777777" w:rsidR="00D531EF" w:rsidRDefault="00000000">
            <w:r>
              <w:rPr>
                <w:sz w:val="19"/>
              </w:rPr>
              <w:t>1</w:t>
            </w:r>
          </w:p>
        </w:tc>
        <w:tc>
          <w:tcPr>
            <w:tcW w:w="2045" w:type="dxa"/>
            <w:vAlign w:val="center"/>
          </w:tcPr>
          <w:p w14:paraId="6770EDCE" w14:textId="77777777" w:rsidR="00D531EF" w:rsidRDefault="00000000">
            <w:r>
              <w:rPr>
                <w:sz w:val="19"/>
              </w:rPr>
              <w:t>10</w:t>
            </w:r>
          </w:p>
        </w:tc>
        <w:tc>
          <w:tcPr>
            <w:tcW w:w="2045" w:type="dxa"/>
            <w:vAlign w:val="center"/>
          </w:tcPr>
          <w:p w14:paraId="725FE54E" w14:textId="77777777" w:rsidR="00D531EF" w:rsidRDefault="00000000">
            <w:r>
              <w:rPr>
                <w:sz w:val="19"/>
              </w:rPr>
              <w:t>1</w:t>
            </w:r>
          </w:p>
        </w:tc>
      </w:tr>
      <w:tr w:rsidR="00D531EF" w14:paraId="2B0BBD74" w14:textId="77777777">
        <w:trPr>
          <w:jc w:val="center"/>
        </w:trPr>
        <w:tc>
          <w:tcPr>
            <w:tcW w:w="2045" w:type="dxa"/>
            <w:vAlign w:val="center"/>
          </w:tcPr>
          <w:p w14:paraId="0E004610" w14:textId="77777777" w:rsidR="00D531EF" w:rsidRDefault="00000000">
            <w:r>
              <w:rPr>
                <w:sz w:val="19"/>
              </w:rPr>
              <w:t>2</w:t>
            </w:r>
          </w:p>
        </w:tc>
        <w:tc>
          <w:tcPr>
            <w:tcW w:w="2045" w:type="dxa"/>
            <w:vAlign w:val="center"/>
          </w:tcPr>
          <w:p w14:paraId="3B8C911B" w14:textId="77777777" w:rsidR="00D531EF" w:rsidRDefault="00000000">
            <w:r>
              <w:rPr>
                <w:sz w:val="19"/>
              </w:rPr>
              <w:t>Ground B</w:t>
            </w:r>
          </w:p>
        </w:tc>
        <w:tc>
          <w:tcPr>
            <w:tcW w:w="2045" w:type="dxa"/>
            <w:vAlign w:val="center"/>
          </w:tcPr>
          <w:p w14:paraId="1AA7829E" w14:textId="77777777" w:rsidR="00D531EF" w:rsidRDefault="00000000">
            <w:r>
              <w:rPr>
                <w:sz w:val="19"/>
              </w:rPr>
              <w:t>1</w:t>
            </w:r>
          </w:p>
        </w:tc>
        <w:tc>
          <w:tcPr>
            <w:tcW w:w="2045" w:type="dxa"/>
            <w:vAlign w:val="center"/>
          </w:tcPr>
          <w:p w14:paraId="274A97A7" w14:textId="77777777" w:rsidR="00D531EF" w:rsidRDefault="00000000">
            <w:r>
              <w:rPr>
                <w:sz w:val="19"/>
              </w:rPr>
              <w:t>10</w:t>
            </w:r>
          </w:p>
        </w:tc>
        <w:tc>
          <w:tcPr>
            <w:tcW w:w="2045" w:type="dxa"/>
            <w:vAlign w:val="center"/>
          </w:tcPr>
          <w:p w14:paraId="73A8BA9B" w14:textId="77777777" w:rsidR="00D531EF" w:rsidRDefault="00000000">
            <w:r>
              <w:rPr>
                <w:sz w:val="19"/>
              </w:rPr>
              <w:t>1</w:t>
            </w:r>
          </w:p>
        </w:tc>
      </w:tr>
    </w:tbl>
    <w:p w14:paraId="7C6FC967" w14:textId="77777777" w:rsidR="00D531EF" w:rsidRDefault="00D531EF"/>
    <w:p w14:paraId="678E7272" w14:textId="77777777" w:rsidR="00D531EF" w:rsidRDefault="00000000">
      <w:pPr>
        <w:spacing w:after="140"/>
        <w:ind w:left="360"/>
      </w:pPr>
      <w:r>
        <w:rPr>
          <w:rFonts w:ascii="Courier New" w:hAnsi="Courier New"/>
          <w:sz w:val="18"/>
        </w:rPr>
        <w:t>RESOURCE</w:t>
      </w:r>
      <w:r>
        <w:rPr>
          <w:rFonts w:ascii="Courier New" w:hAnsi="Courier New"/>
          <w:sz w:val="18"/>
        </w:rPr>
        <w:br/>
        <w:t>┌────────┬──────────┐</w:t>
      </w:r>
      <w:r>
        <w:rPr>
          <w:rFonts w:ascii="Courier New" w:hAnsi="Courier New"/>
          <w:sz w:val="18"/>
        </w:rPr>
        <w:br/>
        <w:t>│ ID     │ Name     │</w:t>
      </w:r>
      <w:r>
        <w:rPr>
          <w:rFonts w:ascii="Courier New" w:hAnsi="Courier New"/>
          <w:sz w:val="18"/>
        </w:rPr>
        <w:br/>
        <w:t>├────────┼──────────┤</w:t>
      </w:r>
      <w:r>
        <w:rPr>
          <w:rFonts w:ascii="Courier New" w:hAnsi="Courier New"/>
          <w:sz w:val="18"/>
        </w:rPr>
        <w:br/>
        <w:t>│ 1      │ Ground A │</w:t>
      </w:r>
      <w:r>
        <w:rPr>
          <w:rFonts w:ascii="Courier New" w:hAnsi="Courier New"/>
          <w:sz w:val="18"/>
        </w:rPr>
        <w:br/>
        <w:t>│ 2      │ Ground B │</w:t>
      </w:r>
      <w:r>
        <w:rPr>
          <w:rFonts w:ascii="Courier New" w:hAnsi="Courier New"/>
          <w:sz w:val="18"/>
        </w:rPr>
        <w:br/>
        <w:t>└────────┴──────────┘</w:t>
      </w:r>
    </w:p>
    <w:p w14:paraId="5EC96D55" w14:textId="77777777" w:rsidR="00D531EF" w:rsidRDefault="00000000">
      <w:r>
        <w:t>The resource table already stores the actual resources. Ground A and Ground B do not need to be duplicated into a new generic master-data table.</w:t>
      </w:r>
    </w:p>
    <w:p w14:paraId="707441A0" w14:textId="77777777" w:rsidR="00D531EF" w:rsidRDefault="00000000">
      <w:pPr>
        <w:pStyle w:val="Heading2"/>
      </w:pPr>
      <w:r>
        <w:t>2.2 Existing timeslot Table</w:t>
      </w:r>
    </w:p>
    <w:tbl>
      <w:tblPr>
        <w:tblStyle w:val="TableGrid"/>
        <w:tblW w:w="0" w:type="auto"/>
        <w:jc w:val="center"/>
        <w:tblLook w:val="04A0" w:firstRow="1" w:lastRow="0" w:firstColumn="1" w:lastColumn="0" w:noHBand="0" w:noVBand="1"/>
      </w:tblPr>
      <w:tblGrid>
        <w:gridCol w:w="2045"/>
        <w:gridCol w:w="2045"/>
        <w:gridCol w:w="2045"/>
        <w:gridCol w:w="2045"/>
        <w:gridCol w:w="2045"/>
      </w:tblGrid>
      <w:tr w:rsidR="00D531EF" w14:paraId="67896D7F" w14:textId="77777777">
        <w:trPr>
          <w:jc w:val="center"/>
        </w:trPr>
        <w:tc>
          <w:tcPr>
            <w:tcW w:w="2045" w:type="dxa"/>
            <w:shd w:val="clear" w:color="auto" w:fill="D9EAF7"/>
            <w:vAlign w:val="center"/>
          </w:tcPr>
          <w:p w14:paraId="3706789C" w14:textId="77777777" w:rsidR="00D531EF" w:rsidRDefault="00000000">
            <w:r>
              <w:rPr>
                <w:b/>
                <w:sz w:val="19"/>
              </w:rPr>
              <w:t>ts_id</w:t>
            </w:r>
          </w:p>
        </w:tc>
        <w:tc>
          <w:tcPr>
            <w:tcW w:w="2045" w:type="dxa"/>
            <w:shd w:val="clear" w:color="auto" w:fill="D9EAF7"/>
            <w:vAlign w:val="center"/>
          </w:tcPr>
          <w:p w14:paraId="0E4DB84A" w14:textId="77777777" w:rsidR="00D531EF" w:rsidRDefault="00000000">
            <w:r>
              <w:rPr>
                <w:b/>
                <w:sz w:val="19"/>
              </w:rPr>
              <w:t>rsc_id</w:t>
            </w:r>
          </w:p>
        </w:tc>
        <w:tc>
          <w:tcPr>
            <w:tcW w:w="2045" w:type="dxa"/>
            <w:shd w:val="clear" w:color="auto" w:fill="D9EAF7"/>
            <w:vAlign w:val="center"/>
          </w:tcPr>
          <w:p w14:paraId="56A3AA86" w14:textId="77777777" w:rsidR="00D531EF" w:rsidRDefault="00000000">
            <w:r>
              <w:rPr>
                <w:b/>
                <w:sz w:val="19"/>
              </w:rPr>
              <w:t>ts_day</w:t>
            </w:r>
          </w:p>
        </w:tc>
        <w:tc>
          <w:tcPr>
            <w:tcW w:w="2045" w:type="dxa"/>
            <w:shd w:val="clear" w:color="auto" w:fill="D9EAF7"/>
            <w:vAlign w:val="center"/>
          </w:tcPr>
          <w:p w14:paraId="5FD1C6FF" w14:textId="77777777" w:rsidR="00D531EF" w:rsidRDefault="00000000">
            <w:r>
              <w:rPr>
                <w:b/>
                <w:sz w:val="19"/>
              </w:rPr>
              <w:t>ts_starttime</w:t>
            </w:r>
          </w:p>
        </w:tc>
        <w:tc>
          <w:tcPr>
            <w:tcW w:w="2045" w:type="dxa"/>
            <w:shd w:val="clear" w:color="auto" w:fill="D9EAF7"/>
            <w:vAlign w:val="center"/>
          </w:tcPr>
          <w:p w14:paraId="0DCC0932" w14:textId="77777777" w:rsidR="00D531EF" w:rsidRDefault="00000000">
            <w:r>
              <w:rPr>
                <w:b/>
                <w:sz w:val="19"/>
              </w:rPr>
              <w:t>ts_endtime</w:t>
            </w:r>
          </w:p>
        </w:tc>
      </w:tr>
      <w:tr w:rsidR="00D531EF" w14:paraId="23F54B6B" w14:textId="77777777">
        <w:trPr>
          <w:jc w:val="center"/>
        </w:trPr>
        <w:tc>
          <w:tcPr>
            <w:tcW w:w="2045" w:type="dxa"/>
            <w:vAlign w:val="center"/>
          </w:tcPr>
          <w:p w14:paraId="1E3A9308" w14:textId="77777777" w:rsidR="00D531EF" w:rsidRDefault="00000000">
            <w:r>
              <w:rPr>
                <w:sz w:val="19"/>
              </w:rPr>
              <w:t>101</w:t>
            </w:r>
          </w:p>
        </w:tc>
        <w:tc>
          <w:tcPr>
            <w:tcW w:w="2045" w:type="dxa"/>
            <w:vAlign w:val="center"/>
          </w:tcPr>
          <w:p w14:paraId="482750FA" w14:textId="77777777" w:rsidR="00D531EF" w:rsidRDefault="00000000">
            <w:r>
              <w:rPr>
                <w:sz w:val="19"/>
              </w:rPr>
              <w:t>1</w:t>
            </w:r>
          </w:p>
        </w:tc>
        <w:tc>
          <w:tcPr>
            <w:tcW w:w="2045" w:type="dxa"/>
            <w:vAlign w:val="center"/>
          </w:tcPr>
          <w:p w14:paraId="275A7411" w14:textId="77777777" w:rsidR="00D531EF" w:rsidRDefault="00000000">
            <w:r>
              <w:rPr>
                <w:sz w:val="19"/>
              </w:rPr>
              <w:t>Sunday</w:t>
            </w:r>
          </w:p>
        </w:tc>
        <w:tc>
          <w:tcPr>
            <w:tcW w:w="2045" w:type="dxa"/>
            <w:vAlign w:val="center"/>
          </w:tcPr>
          <w:p w14:paraId="54238392" w14:textId="77777777" w:rsidR="00D531EF" w:rsidRDefault="00000000">
            <w:r>
              <w:rPr>
                <w:sz w:val="19"/>
              </w:rPr>
              <w:t>08:00</w:t>
            </w:r>
          </w:p>
        </w:tc>
        <w:tc>
          <w:tcPr>
            <w:tcW w:w="2045" w:type="dxa"/>
            <w:vAlign w:val="center"/>
          </w:tcPr>
          <w:p w14:paraId="717B583F" w14:textId="77777777" w:rsidR="00D531EF" w:rsidRDefault="00000000">
            <w:r>
              <w:rPr>
                <w:sz w:val="19"/>
              </w:rPr>
              <w:t>10:00</w:t>
            </w:r>
          </w:p>
        </w:tc>
      </w:tr>
      <w:tr w:rsidR="00D531EF" w14:paraId="656D013B" w14:textId="77777777">
        <w:trPr>
          <w:jc w:val="center"/>
        </w:trPr>
        <w:tc>
          <w:tcPr>
            <w:tcW w:w="2045" w:type="dxa"/>
            <w:vAlign w:val="center"/>
          </w:tcPr>
          <w:p w14:paraId="145B1C51" w14:textId="77777777" w:rsidR="00D531EF" w:rsidRDefault="00000000">
            <w:r>
              <w:rPr>
                <w:sz w:val="19"/>
              </w:rPr>
              <w:t>102</w:t>
            </w:r>
          </w:p>
        </w:tc>
        <w:tc>
          <w:tcPr>
            <w:tcW w:w="2045" w:type="dxa"/>
            <w:vAlign w:val="center"/>
          </w:tcPr>
          <w:p w14:paraId="065A1E1B" w14:textId="77777777" w:rsidR="00D531EF" w:rsidRDefault="00000000">
            <w:r>
              <w:rPr>
                <w:sz w:val="19"/>
              </w:rPr>
              <w:t>1</w:t>
            </w:r>
          </w:p>
        </w:tc>
        <w:tc>
          <w:tcPr>
            <w:tcW w:w="2045" w:type="dxa"/>
            <w:vAlign w:val="center"/>
          </w:tcPr>
          <w:p w14:paraId="4A419AA5" w14:textId="77777777" w:rsidR="00D531EF" w:rsidRDefault="00000000">
            <w:r>
              <w:rPr>
                <w:sz w:val="19"/>
              </w:rPr>
              <w:t>Sunday</w:t>
            </w:r>
          </w:p>
        </w:tc>
        <w:tc>
          <w:tcPr>
            <w:tcW w:w="2045" w:type="dxa"/>
            <w:vAlign w:val="center"/>
          </w:tcPr>
          <w:p w14:paraId="51D6858E" w14:textId="77777777" w:rsidR="00D531EF" w:rsidRDefault="00000000">
            <w:r>
              <w:rPr>
                <w:sz w:val="19"/>
              </w:rPr>
              <w:t>10:00</w:t>
            </w:r>
          </w:p>
        </w:tc>
        <w:tc>
          <w:tcPr>
            <w:tcW w:w="2045" w:type="dxa"/>
            <w:vAlign w:val="center"/>
          </w:tcPr>
          <w:p w14:paraId="2DCE7BB8" w14:textId="77777777" w:rsidR="00D531EF" w:rsidRDefault="00000000">
            <w:r>
              <w:rPr>
                <w:sz w:val="19"/>
              </w:rPr>
              <w:t>12:00</w:t>
            </w:r>
          </w:p>
        </w:tc>
      </w:tr>
      <w:tr w:rsidR="00D531EF" w14:paraId="5846F5D0" w14:textId="77777777">
        <w:trPr>
          <w:jc w:val="center"/>
        </w:trPr>
        <w:tc>
          <w:tcPr>
            <w:tcW w:w="2045" w:type="dxa"/>
            <w:vAlign w:val="center"/>
          </w:tcPr>
          <w:p w14:paraId="21D527E6" w14:textId="77777777" w:rsidR="00D531EF" w:rsidRDefault="00000000">
            <w:r>
              <w:rPr>
                <w:sz w:val="19"/>
              </w:rPr>
              <w:lastRenderedPageBreak/>
              <w:t>103</w:t>
            </w:r>
          </w:p>
        </w:tc>
        <w:tc>
          <w:tcPr>
            <w:tcW w:w="2045" w:type="dxa"/>
            <w:vAlign w:val="center"/>
          </w:tcPr>
          <w:p w14:paraId="096878E0" w14:textId="77777777" w:rsidR="00D531EF" w:rsidRDefault="00000000">
            <w:r>
              <w:rPr>
                <w:sz w:val="19"/>
              </w:rPr>
              <w:t>1</w:t>
            </w:r>
          </w:p>
        </w:tc>
        <w:tc>
          <w:tcPr>
            <w:tcW w:w="2045" w:type="dxa"/>
            <w:vAlign w:val="center"/>
          </w:tcPr>
          <w:p w14:paraId="07F1E672" w14:textId="77777777" w:rsidR="00D531EF" w:rsidRDefault="00000000">
            <w:r>
              <w:rPr>
                <w:sz w:val="19"/>
              </w:rPr>
              <w:t>Sunday</w:t>
            </w:r>
          </w:p>
        </w:tc>
        <w:tc>
          <w:tcPr>
            <w:tcW w:w="2045" w:type="dxa"/>
            <w:vAlign w:val="center"/>
          </w:tcPr>
          <w:p w14:paraId="66225850" w14:textId="77777777" w:rsidR="00D531EF" w:rsidRDefault="00000000">
            <w:r>
              <w:rPr>
                <w:sz w:val="19"/>
              </w:rPr>
              <w:t>12:00</w:t>
            </w:r>
          </w:p>
        </w:tc>
        <w:tc>
          <w:tcPr>
            <w:tcW w:w="2045" w:type="dxa"/>
            <w:vAlign w:val="center"/>
          </w:tcPr>
          <w:p w14:paraId="4EA2D80B" w14:textId="77777777" w:rsidR="00D531EF" w:rsidRDefault="00000000">
            <w:r>
              <w:rPr>
                <w:sz w:val="19"/>
              </w:rPr>
              <w:t>14:00</w:t>
            </w:r>
          </w:p>
        </w:tc>
      </w:tr>
      <w:tr w:rsidR="00D531EF" w14:paraId="316621BD" w14:textId="77777777">
        <w:trPr>
          <w:jc w:val="center"/>
        </w:trPr>
        <w:tc>
          <w:tcPr>
            <w:tcW w:w="2045" w:type="dxa"/>
            <w:vAlign w:val="center"/>
          </w:tcPr>
          <w:p w14:paraId="355101E8" w14:textId="77777777" w:rsidR="00D531EF" w:rsidRDefault="00000000">
            <w:r>
              <w:rPr>
                <w:sz w:val="19"/>
              </w:rPr>
              <w:t>104</w:t>
            </w:r>
          </w:p>
        </w:tc>
        <w:tc>
          <w:tcPr>
            <w:tcW w:w="2045" w:type="dxa"/>
            <w:vAlign w:val="center"/>
          </w:tcPr>
          <w:p w14:paraId="7FC2F6D9" w14:textId="77777777" w:rsidR="00D531EF" w:rsidRDefault="00000000">
            <w:r>
              <w:rPr>
                <w:sz w:val="19"/>
              </w:rPr>
              <w:t>2</w:t>
            </w:r>
          </w:p>
        </w:tc>
        <w:tc>
          <w:tcPr>
            <w:tcW w:w="2045" w:type="dxa"/>
            <w:vAlign w:val="center"/>
          </w:tcPr>
          <w:p w14:paraId="7584CD4D" w14:textId="77777777" w:rsidR="00D531EF" w:rsidRDefault="00000000">
            <w:r>
              <w:rPr>
                <w:sz w:val="19"/>
              </w:rPr>
              <w:t>Sunday</w:t>
            </w:r>
          </w:p>
        </w:tc>
        <w:tc>
          <w:tcPr>
            <w:tcW w:w="2045" w:type="dxa"/>
            <w:vAlign w:val="center"/>
          </w:tcPr>
          <w:p w14:paraId="02C50786" w14:textId="77777777" w:rsidR="00D531EF" w:rsidRDefault="00000000">
            <w:r>
              <w:rPr>
                <w:sz w:val="19"/>
              </w:rPr>
              <w:t>08:00</w:t>
            </w:r>
          </w:p>
        </w:tc>
        <w:tc>
          <w:tcPr>
            <w:tcW w:w="2045" w:type="dxa"/>
            <w:vAlign w:val="center"/>
          </w:tcPr>
          <w:p w14:paraId="5BBE5F98" w14:textId="77777777" w:rsidR="00D531EF" w:rsidRDefault="00000000">
            <w:r>
              <w:rPr>
                <w:sz w:val="19"/>
              </w:rPr>
              <w:t>10:00</w:t>
            </w:r>
          </w:p>
        </w:tc>
      </w:tr>
    </w:tbl>
    <w:p w14:paraId="36292022" w14:textId="77777777" w:rsidR="00D531EF" w:rsidRDefault="00D531EF"/>
    <w:p w14:paraId="62C29556" w14:textId="77777777" w:rsidR="00D531EF" w:rsidRDefault="00000000">
      <w:pPr>
        <w:spacing w:after="140"/>
        <w:ind w:left="360"/>
      </w:pPr>
      <w:r>
        <w:rPr>
          <w:rFonts w:ascii="Courier New" w:hAnsi="Courier New"/>
          <w:sz w:val="18"/>
        </w:rPr>
        <w:t>Ground A (rsc_id = 1)</w:t>
      </w:r>
      <w:r>
        <w:rPr>
          <w:rFonts w:ascii="Courier New" w:hAnsi="Courier New"/>
          <w:sz w:val="18"/>
        </w:rPr>
        <w:br/>
        <w:t xml:space="preserve">        │</w:t>
      </w:r>
      <w:r>
        <w:rPr>
          <w:rFonts w:ascii="Courier New" w:hAnsi="Courier New"/>
          <w:sz w:val="18"/>
        </w:rPr>
        <w:br/>
        <w:t xml:space="preserve">        ├── Timeslot 101 → Sunday 08:00–10:00</w:t>
      </w:r>
      <w:r>
        <w:rPr>
          <w:rFonts w:ascii="Courier New" w:hAnsi="Courier New"/>
          <w:sz w:val="18"/>
        </w:rPr>
        <w:br/>
        <w:t xml:space="preserve">        ├── Timeslot 102 → Sunday 10:00–12:00</w:t>
      </w:r>
      <w:r>
        <w:rPr>
          <w:rFonts w:ascii="Courier New" w:hAnsi="Courier New"/>
          <w:sz w:val="18"/>
        </w:rPr>
        <w:br/>
        <w:t xml:space="preserve">        └── Timeslot 103 → Sunday 12:00–14:00</w:t>
      </w:r>
      <w:r>
        <w:rPr>
          <w:rFonts w:ascii="Courier New" w:hAnsi="Courier New"/>
          <w:sz w:val="18"/>
        </w:rPr>
        <w:br/>
      </w:r>
      <w:r>
        <w:rPr>
          <w:rFonts w:ascii="Courier New" w:hAnsi="Courier New"/>
          <w:sz w:val="18"/>
        </w:rPr>
        <w:br/>
        <w:t>Ground B (rsc_id = 2)</w:t>
      </w:r>
      <w:r>
        <w:rPr>
          <w:rFonts w:ascii="Courier New" w:hAnsi="Courier New"/>
          <w:sz w:val="18"/>
        </w:rPr>
        <w:br/>
        <w:t xml:space="preserve">        │</w:t>
      </w:r>
      <w:r>
        <w:rPr>
          <w:rFonts w:ascii="Courier New" w:hAnsi="Courier New"/>
          <w:sz w:val="18"/>
        </w:rPr>
        <w:br/>
        <w:t xml:space="preserve">        └── Timeslot 104 → Sunday 08:00–10:00</w:t>
      </w:r>
    </w:p>
    <w:p w14:paraId="5DE7EE0A" w14:textId="77777777" w:rsidR="00D531EF" w:rsidRDefault="00000000">
      <w:r>
        <w:t>The current timeslot table already provides resource-related time information.</w:t>
      </w:r>
    </w:p>
    <w:p w14:paraId="25A3E1C2" w14:textId="77777777" w:rsidR="00D531EF" w:rsidRDefault="00000000">
      <w:pPr>
        <w:pStyle w:val="Heading2"/>
      </w:pPr>
      <w:r>
        <w:t>2.3 Example Team Data</w:t>
      </w:r>
    </w:p>
    <w:tbl>
      <w:tblPr>
        <w:tblStyle w:val="TableGrid"/>
        <w:tblW w:w="0" w:type="auto"/>
        <w:jc w:val="center"/>
        <w:tblLook w:val="04A0" w:firstRow="1" w:lastRow="0" w:firstColumn="1" w:lastColumn="0" w:noHBand="0" w:noVBand="1"/>
      </w:tblPr>
      <w:tblGrid>
        <w:gridCol w:w="3408"/>
        <w:gridCol w:w="3408"/>
        <w:gridCol w:w="3408"/>
      </w:tblGrid>
      <w:tr w:rsidR="00D531EF" w14:paraId="1877A585" w14:textId="77777777">
        <w:trPr>
          <w:jc w:val="center"/>
        </w:trPr>
        <w:tc>
          <w:tcPr>
            <w:tcW w:w="3408" w:type="dxa"/>
            <w:shd w:val="clear" w:color="auto" w:fill="D9EAF7"/>
            <w:vAlign w:val="center"/>
          </w:tcPr>
          <w:p w14:paraId="1B188713" w14:textId="77777777" w:rsidR="00D531EF" w:rsidRDefault="00000000">
            <w:r>
              <w:rPr>
                <w:b/>
                <w:sz w:val="19"/>
              </w:rPr>
              <w:t>team_id</w:t>
            </w:r>
          </w:p>
        </w:tc>
        <w:tc>
          <w:tcPr>
            <w:tcW w:w="3408" w:type="dxa"/>
            <w:shd w:val="clear" w:color="auto" w:fill="D9EAF7"/>
            <w:vAlign w:val="center"/>
          </w:tcPr>
          <w:p w14:paraId="1702B534" w14:textId="77777777" w:rsidR="00D531EF" w:rsidRDefault="00000000">
            <w:r>
              <w:rPr>
                <w:b/>
                <w:sz w:val="19"/>
              </w:rPr>
              <w:t>team_name</w:t>
            </w:r>
          </w:p>
        </w:tc>
        <w:tc>
          <w:tcPr>
            <w:tcW w:w="3408" w:type="dxa"/>
            <w:shd w:val="clear" w:color="auto" w:fill="D9EAF7"/>
            <w:vAlign w:val="center"/>
          </w:tcPr>
          <w:p w14:paraId="5DEE4270" w14:textId="77777777" w:rsidR="00D531EF" w:rsidRDefault="00000000">
            <w:r>
              <w:rPr>
                <w:b/>
                <w:sz w:val="19"/>
              </w:rPr>
              <w:t>division</w:t>
            </w:r>
          </w:p>
        </w:tc>
      </w:tr>
      <w:tr w:rsidR="00D531EF" w14:paraId="51BA5E31" w14:textId="77777777">
        <w:trPr>
          <w:jc w:val="center"/>
        </w:trPr>
        <w:tc>
          <w:tcPr>
            <w:tcW w:w="3408" w:type="dxa"/>
            <w:vAlign w:val="center"/>
          </w:tcPr>
          <w:p w14:paraId="4115A932" w14:textId="77777777" w:rsidR="00D531EF" w:rsidRDefault="00000000">
            <w:r>
              <w:rPr>
                <w:sz w:val="19"/>
              </w:rPr>
              <w:t>11</w:t>
            </w:r>
          </w:p>
        </w:tc>
        <w:tc>
          <w:tcPr>
            <w:tcW w:w="3408" w:type="dxa"/>
            <w:vAlign w:val="center"/>
          </w:tcPr>
          <w:p w14:paraId="7708C0BF" w14:textId="77777777" w:rsidR="00D531EF" w:rsidRDefault="00000000">
            <w:r>
              <w:rPr>
                <w:sz w:val="19"/>
              </w:rPr>
              <w:t>Tigers</w:t>
            </w:r>
          </w:p>
        </w:tc>
        <w:tc>
          <w:tcPr>
            <w:tcW w:w="3408" w:type="dxa"/>
            <w:vAlign w:val="center"/>
          </w:tcPr>
          <w:p w14:paraId="25D75A92" w14:textId="77777777" w:rsidR="00D531EF" w:rsidRDefault="00000000">
            <w:r>
              <w:rPr>
                <w:sz w:val="19"/>
              </w:rPr>
              <w:t>U12</w:t>
            </w:r>
          </w:p>
        </w:tc>
      </w:tr>
      <w:tr w:rsidR="00D531EF" w14:paraId="6CD3B4EF" w14:textId="77777777">
        <w:trPr>
          <w:jc w:val="center"/>
        </w:trPr>
        <w:tc>
          <w:tcPr>
            <w:tcW w:w="3408" w:type="dxa"/>
            <w:vAlign w:val="center"/>
          </w:tcPr>
          <w:p w14:paraId="75BC5EC1" w14:textId="77777777" w:rsidR="00D531EF" w:rsidRDefault="00000000">
            <w:r>
              <w:rPr>
                <w:sz w:val="19"/>
              </w:rPr>
              <w:t>12</w:t>
            </w:r>
          </w:p>
        </w:tc>
        <w:tc>
          <w:tcPr>
            <w:tcW w:w="3408" w:type="dxa"/>
            <w:vAlign w:val="center"/>
          </w:tcPr>
          <w:p w14:paraId="568C13F7" w14:textId="77777777" w:rsidR="00D531EF" w:rsidRDefault="00000000">
            <w:r>
              <w:rPr>
                <w:sz w:val="19"/>
              </w:rPr>
              <w:t>Lions</w:t>
            </w:r>
          </w:p>
        </w:tc>
        <w:tc>
          <w:tcPr>
            <w:tcW w:w="3408" w:type="dxa"/>
            <w:vAlign w:val="center"/>
          </w:tcPr>
          <w:p w14:paraId="56E6BC54" w14:textId="77777777" w:rsidR="00D531EF" w:rsidRDefault="00000000">
            <w:r>
              <w:rPr>
                <w:sz w:val="19"/>
              </w:rPr>
              <w:t>U12</w:t>
            </w:r>
          </w:p>
        </w:tc>
      </w:tr>
      <w:tr w:rsidR="00D531EF" w14:paraId="48ECD25A" w14:textId="77777777">
        <w:trPr>
          <w:jc w:val="center"/>
        </w:trPr>
        <w:tc>
          <w:tcPr>
            <w:tcW w:w="3408" w:type="dxa"/>
            <w:vAlign w:val="center"/>
          </w:tcPr>
          <w:p w14:paraId="10D12D89" w14:textId="77777777" w:rsidR="00D531EF" w:rsidRDefault="00000000">
            <w:r>
              <w:rPr>
                <w:sz w:val="19"/>
              </w:rPr>
              <w:t>13</w:t>
            </w:r>
          </w:p>
        </w:tc>
        <w:tc>
          <w:tcPr>
            <w:tcW w:w="3408" w:type="dxa"/>
            <w:vAlign w:val="center"/>
          </w:tcPr>
          <w:p w14:paraId="43CCAC39" w14:textId="77777777" w:rsidR="00D531EF" w:rsidRDefault="00000000">
            <w:r>
              <w:rPr>
                <w:sz w:val="19"/>
              </w:rPr>
              <w:t>Eagles</w:t>
            </w:r>
          </w:p>
        </w:tc>
        <w:tc>
          <w:tcPr>
            <w:tcW w:w="3408" w:type="dxa"/>
            <w:vAlign w:val="center"/>
          </w:tcPr>
          <w:p w14:paraId="1DF7DD2D" w14:textId="77777777" w:rsidR="00D531EF" w:rsidRDefault="00000000">
            <w:r>
              <w:rPr>
                <w:sz w:val="19"/>
              </w:rPr>
              <w:t>U12</w:t>
            </w:r>
          </w:p>
        </w:tc>
      </w:tr>
      <w:tr w:rsidR="00D531EF" w14:paraId="15EBE3D4" w14:textId="77777777">
        <w:trPr>
          <w:jc w:val="center"/>
        </w:trPr>
        <w:tc>
          <w:tcPr>
            <w:tcW w:w="3408" w:type="dxa"/>
            <w:vAlign w:val="center"/>
          </w:tcPr>
          <w:p w14:paraId="404E99B7" w14:textId="77777777" w:rsidR="00D531EF" w:rsidRDefault="00000000">
            <w:r>
              <w:rPr>
                <w:sz w:val="19"/>
              </w:rPr>
              <w:t>14</w:t>
            </w:r>
          </w:p>
        </w:tc>
        <w:tc>
          <w:tcPr>
            <w:tcW w:w="3408" w:type="dxa"/>
            <w:vAlign w:val="center"/>
          </w:tcPr>
          <w:p w14:paraId="226BE536" w14:textId="77777777" w:rsidR="00D531EF" w:rsidRDefault="00000000">
            <w:r>
              <w:rPr>
                <w:sz w:val="19"/>
              </w:rPr>
              <w:t>Sharks</w:t>
            </w:r>
          </w:p>
        </w:tc>
        <w:tc>
          <w:tcPr>
            <w:tcW w:w="3408" w:type="dxa"/>
            <w:vAlign w:val="center"/>
          </w:tcPr>
          <w:p w14:paraId="20451964" w14:textId="77777777" w:rsidR="00D531EF" w:rsidRDefault="00000000">
            <w:r>
              <w:rPr>
                <w:sz w:val="19"/>
              </w:rPr>
              <w:t>U12</w:t>
            </w:r>
          </w:p>
        </w:tc>
      </w:tr>
    </w:tbl>
    <w:p w14:paraId="158FEEF8" w14:textId="77777777" w:rsidR="00D531EF" w:rsidRDefault="00D531EF"/>
    <w:p w14:paraId="4DCF675A" w14:textId="77777777" w:rsidR="00D531EF" w:rsidRDefault="00000000">
      <w:r>
        <w:t>Teams are existing business records and should remain in their own team table.</w:t>
      </w:r>
    </w:p>
    <w:p w14:paraId="28BCB792" w14:textId="77777777" w:rsidR="00D531EF" w:rsidRDefault="00000000">
      <w:pPr>
        <w:pStyle w:val="Heading2"/>
      </w:pPr>
      <w:r>
        <w:t>2.4 Existing game Table</w:t>
      </w:r>
    </w:p>
    <w:tbl>
      <w:tblPr>
        <w:tblStyle w:val="TableGrid"/>
        <w:tblW w:w="0" w:type="auto"/>
        <w:jc w:val="center"/>
        <w:tblLook w:val="04A0" w:firstRow="1" w:lastRow="0" w:firstColumn="1" w:lastColumn="0" w:noHBand="0" w:noVBand="1"/>
      </w:tblPr>
      <w:tblGrid>
        <w:gridCol w:w="2045"/>
        <w:gridCol w:w="2045"/>
        <w:gridCol w:w="2045"/>
        <w:gridCol w:w="2045"/>
        <w:gridCol w:w="2045"/>
      </w:tblGrid>
      <w:tr w:rsidR="00D531EF" w14:paraId="382CD3F9" w14:textId="77777777">
        <w:trPr>
          <w:jc w:val="center"/>
        </w:trPr>
        <w:tc>
          <w:tcPr>
            <w:tcW w:w="2045" w:type="dxa"/>
            <w:shd w:val="clear" w:color="auto" w:fill="D9EAF7"/>
            <w:vAlign w:val="center"/>
          </w:tcPr>
          <w:p w14:paraId="6ADB27A4" w14:textId="77777777" w:rsidR="00D531EF" w:rsidRDefault="00000000">
            <w:r>
              <w:rPr>
                <w:b/>
                <w:sz w:val="19"/>
              </w:rPr>
              <w:t>id</w:t>
            </w:r>
          </w:p>
        </w:tc>
        <w:tc>
          <w:tcPr>
            <w:tcW w:w="2045" w:type="dxa"/>
            <w:shd w:val="clear" w:color="auto" w:fill="D9EAF7"/>
            <w:vAlign w:val="center"/>
          </w:tcPr>
          <w:p w14:paraId="748CA2FB" w14:textId="77777777" w:rsidR="00D531EF" w:rsidRDefault="00000000">
            <w:r>
              <w:rPr>
                <w:b/>
                <w:sz w:val="19"/>
              </w:rPr>
              <w:t>home_team</w:t>
            </w:r>
          </w:p>
        </w:tc>
        <w:tc>
          <w:tcPr>
            <w:tcW w:w="2045" w:type="dxa"/>
            <w:shd w:val="clear" w:color="auto" w:fill="D9EAF7"/>
            <w:vAlign w:val="center"/>
          </w:tcPr>
          <w:p w14:paraId="5255604F" w14:textId="77777777" w:rsidR="00D531EF" w:rsidRDefault="00000000">
            <w:r>
              <w:rPr>
                <w:b/>
                <w:sz w:val="19"/>
              </w:rPr>
              <w:t>away_team</w:t>
            </w:r>
          </w:p>
        </w:tc>
        <w:tc>
          <w:tcPr>
            <w:tcW w:w="2045" w:type="dxa"/>
            <w:shd w:val="clear" w:color="auto" w:fill="D9EAF7"/>
            <w:vAlign w:val="center"/>
          </w:tcPr>
          <w:p w14:paraId="305C8A8C" w14:textId="77777777" w:rsidR="00D531EF" w:rsidRDefault="00000000">
            <w:r>
              <w:rPr>
                <w:b/>
                <w:sz w:val="19"/>
              </w:rPr>
              <w:t>idlevel</w:t>
            </w:r>
          </w:p>
        </w:tc>
        <w:tc>
          <w:tcPr>
            <w:tcW w:w="2045" w:type="dxa"/>
            <w:shd w:val="clear" w:color="auto" w:fill="D9EAF7"/>
            <w:vAlign w:val="center"/>
          </w:tcPr>
          <w:p w14:paraId="693BDA26" w14:textId="77777777" w:rsidR="00D531EF" w:rsidRDefault="00000000">
            <w:r>
              <w:rPr>
                <w:b/>
                <w:sz w:val="19"/>
              </w:rPr>
              <w:t>status</w:t>
            </w:r>
          </w:p>
        </w:tc>
      </w:tr>
      <w:tr w:rsidR="00D531EF" w14:paraId="4B284B63" w14:textId="77777777">
        <w:trPr>
          <w:jc w:val="center"/>
        </w:trPr>
        <w:tc>
          <w:tcPr>
            <w:tcW w:w="2045" w:type="dxa"/>
            <w:vAlign w:val="center"/>
          </w:tcPr>
          <w:p w14:paraId="2ACCCE13" w14:textId="77777777" w:rsidR="00D531EF" w:rsidRDefault="00000000">
            <w:r>
              <w:rPr>
                <w:sz w:val="19"/>
              </w:rPr>
              <w:t>501</w:t>
            </w:r>
          </w:p>
        </w:tc>
        <w:tc>
          <w:tcPr>
            <w:tcW w:w="2045" w:type="dxa"/>
            <w:vAlign w:val="center"/>
          </w:tcPr>
          <w:p w14:paraId="0E0A87D8" w14:textId="77777777" w:rsidR="00D531EF" w:rsidRDefault="00000000">
            <w:r>
              <w:rPr>
                <w:sz w:val="19"/>
              </w:rPr>
              <w:t>11 - Tigers</w:t>
            </w:r>
          </w:p>
        </w:tc>
        <w:tc>
          <w:tcPr>
            <w:tcW w:w="2045" w:type="dxa"/>
            <w:vAlign w:val="center"/>
          </w:tcPr>
          <w:p w14:paraId="450A343F" w14:textId="77777777" w:rsidR="00D531EF" w:rsidRDefault="00000000">
            <w:r>
              <w:rPr>
                <w:sz w:val="19"/>
              </w:rPr>
              <w:t>12 - Lions</w:t>
            </w:r>
          </w:p>
        </w:tc>
        <w:tc>
          <w:tcPr>
            <w:tcW w:w="2045" w:type="dxa"/>
            <w:vAlign w:val="center"/>
          </w:tcPr>
          <w:p w14:paraId="3383395E" w14:textId="77777777" w:rsidR="00D531EF" w:rsidRDefault="00000000">
            <w:r>
              <w:rPr>
                <w:sz w:val="19"/>
              </w:rPr>
              <w:t>U12</w:t>
            </w:r>
          </w:p>
        </w:tc>
        <w:tc>
          <w:tcPr>
            <w:tcW w:w="2045" w:type="dxa"/>
            <w:vAlign w:val="center"/>
          </w:tcPr>
          <w:p w14:paraId="4C3C94E1" w14:textId="77777777" w:rsidR="00D531EF" w:rsidRDefault="00000000">
            <w:r>
              <w:rPr>
                <w:sz w:val="19"/>
              </w:rPr>
              <w:t>0</w:t>
            </w:r>
          </w:p>
        </w:tc>
      </w:tr>
      <w:tr w:rsidR="00D531EF" w14:paraId="4B298EB1" w14:textId="77777777">
        <w:trPr>
          <w:jc w:val="center"/>
        </w:trPr>
        <w:tc>
          <w:tcPr>
            <w:tcW w:w="2045" w:type="dxa"/>
            <w:vAlign w:val="center"/>
          </w:tcPr>
          <w:p w14:paraId="63E0F206" w14:textId="77777777" w:rsidR="00D531EF" w:rsidRDefault="00000000">
            <w:r>
              <w:rPr>
                <w:sz w:val="19"/>
              </w:rPr>
              <w:t>502</w:t>
            </w:r>
          </w:p>
        </w:tc>
        <w:tc>
          <w:tcPr>
            <w:tcW w:w="2045" w:type="dxa"/>
            <w:vAlign w:val="center"/>
          </w:tcPr>
          <w:p w14:paraId="47B1C0F2" w14:textId="77777777" w:rsidR="00D531EF" w:rsidRDefault="00000000">
            <w:r>
              <w:rPr>
                <w:sz w:val="19"/>
              </w:rPr>
              <w:t>13 - Eagles</w:t>
            </w:r>
          </w:p>
        </w:tc>
        <w:tc>
          <w:tcPr>
            <w:tcW w:w="2045" w:type="dxa"/>
            <w:vAlign w:val="center"/>
          </w:tcPr>
          <w:p w14:paraId="0943EBEB" w14:textId="77777777" w:rsidR="00D531EF" w:rsidRDefault="00000000">
            <w:r>
              <w:rPr>
                <w:sz w:val="19"/>
              </w:rPr>
              <w:t>14 - Sharks</w:t>
            </w:r>
          </w:p>
        </w:tc>
        <w:tc>
          <w:tcPr>
            <w:tcW w:w="2045" w:type="dxa"/>
            <w:vAlign w:val="center"/>
          </w:tcPr>
          <w:p w14:paraId="0DBE4E59" w14:textId="77777777" w:rsidR="00D531EF" w:rsidRDefault="00000000">
            <w:r>
              <w:rPr>
                <w:sz w:val="19"/>
              </w:rPr>
              <w:t>U12</w:t>
            </w:r>
          </w:p>
        </w:tc>
        <w:tc>
          <w:tcPr>
            <w:tcW w:w="2045" w:type="dxa"/>
            <w:vAlign w:val="center"/>
          </w:tcPr>
          <w:p w14:paraId="58D053BE" w14:textId="77777777" w:rsidR="00D531EF" w:rsidRDefault="00000000">
            <w:r>
              <w:rPr>
                <w:sz w:val="19"/>
              </w:rPr>
              <w:t>0</w:t>
            </w:r>
          </w:p>
        </w:tc>
      </w:tr>
    </w:tbl>
    <w:p w14:paraId="14540102" w14:textId="77777777" w:rsidR="00D531EF" w:rsidRDefault="00D531EF"/>
    <w:p w14:paraId="75B761FF" w14:textId="77777777" w:rsidR="00D531EF" w:rsidRDefault="00000000">
      <w:pPr>
        <w:spacing w:after="140"/>
        <w:ind w:left="360"/>
      </w:pPr>
      <w:r>
        <w:rPr>
          <w:rFonts w:ascii="Courier New" w:hAnsi="Courier New"/>
          <w:sz w:val="18"/>
        </w:rPr>
        <w:t>GAME 501</w:t>
      </w:r>
      <w:r>
        <w:rPr>
          <w:rFonts w:ascii="Courier New" w:hAnsi="Courier New"/>
          <w:sz w:val="18"/>
        </w:rPr>
        <w:br/>
        <w:t>Tigers  VS  Lions</w:t>
      </w:r>
      <w:r>
        <w:rPr>
          <w:rFonts w:ascii="Courier New" w:hAnsi="Courier New"/>
          <w:sz w:val="18"/>
        </w:rPr>
        <w:br/>
      </w:r>
      <w:r>
        <w:rPr>
          <w:rFonts w:ascii="Courier New" w:hAnsi="Courier New"/>
          <w:sz w:val="18"/>
        </w:rPr>
        <w:br/>
        <w:t>GAME 502</w:t>
      </w:r>
      <w:r>
        <w:rPr>
          <w:rFonts w:ascii="Courier New" w:hAnsi="Courier New"/>
          <w:sz w:val="18"/>
        </w:rPr>
        <w:br/>
        <w:t>Eagles  VS  Sharks</w:t>
      </w:r>
    </w:p>
    <w:p w14:paraId="17375D4A" w14:textId="77777777" w:rsidR="00D531EF" w:rsidRDefault="00000000">
      <w:r>
        <w:t>The game table represents the sporting matchup: who is playing whom.</w:t>
      </w:r>
    </w:p>
    <w:p w14:paraId="420297DB" w14:textId="77777777" w:rsidR="00D531EF" w:rsidRDefault="00000000">
      <w:pPr>
        <w:pStyle w:val="Heading2"/>
      </w:pPr>
      <w:r>
        <w:t>2.5 Existing schedule Table</w:t>
      </w:r>
    </w:p>
    <w:tbl>
      <w:tblPr>
        <w:tblStyle w:val="TableGrid"/>
        <w:tblW w:w="0" w:type="auto"/>
        <w:jc w:val="center"/>
        <w:tblLook w:val="04A0" w:firstRow="1" w:lastRow="0" w:firstColumn="1" w:lastColumn="0" w:noHBand="0" w:noVBand="1"/>
      </w:tblPr>
      <w:tblGrid>
        <w:gridCol w:w="2045"/>
        <w:gridCol w:w="2045"/>
        <w:gridCol w:w="2045"/>
        <w:gridCol w:w="2045"/>
        <w:gridCol w:w="2045"/>
      </w:tblGrid>
      <w:tr w:rsidR="00D531EF" w14:paraId="70C385B3" w14:textId="77777777">
        <w:trPr>
          <w:jc w:val="center"/>
        </w:trPr>
        <w:tc>
          <w:tcPr>
            <w:tcW w:w="2045" w:type="dxa"/>
            <w:shd w:val="clear" w:color="auto" w:fill="D9EAF7"/>
            <w:vAlign w:val="center"/>
          </w:tcPr>
          <w:p w14:paraId="78887A55" w14:textId="77777777" w:rsidR="00D531EF" w:rsidRDefault="00000000">
            <w:r>
              <w:rPr>
                <w:b/>
                <w:sz w:val="19"/>
              </w:rPr>
              <w:t>idschedule</w:t>
            </w:r>
          </w:p>
        </w:tc>
        <w:tc>
          <w:tcPr>
            <w:tcW w:w="2045" w:type="dxa"/>
            <w:shd w:val="clear" w:color="auto" w:fill="D9EAF7"/>
            <w:vAlign w:val="center"/>
          </w:tcPr>
          <w:p w14:paraId="26C9FD8D" w14:textId="77777777" w:rsidR="00D531EF" w:rsidRDefault="00000000">
            <w:r>
              <w:rPr>
                <w:b/>
                <w:sz w:val="19"/>
              </w:rPr>
              <w:t>relationshipid</w:t>
            </w:r>
          </w:p>
        </w:tc>
        <w:tc>
          <w:tcPr>
            <w:tcW w:w="2045" w:type="dxa"/>
            <w:shd w:val="clear" w:color="auto" w:fill="D9EAF7"/>
            <w:vAlign w:val="center"/>
          </w:tcPr>
          <w:p w14:paraId="2E10C8A4" w14:textId="77777777" w:rsidR="00D531EF" w:rsidRDefault="00000000">
            <w:r>
              <w:rPr>
                <w:b/>
                <w:sz w:val="19"/>
              </w:rPr>
              <w:t>rsc_id</w:t>
            </w:r>
          </w:p>
        </w:tc>
        <w:tc>
          <w:tcPr>
            <w:tcW w:w="2045" w:type="dxa"/>
            <w:shd w:val="clear" w:color="auto" w:fill="D9EAF7"/>
            <w:vAlign w:val="center"/>
          </w:tcPr>
          <w:p w14:paraId="54EDFAD1" w14:textId="77777777" w:rsidR="00D531EF" w:rsidRDefault="00000000">
            <w:r>
              <w:rPr>
                <w:b/>
                <w:sz w:val="19"/>
              </w:rPr>
              <w:t>ts_id</w:t>
            </w:r>
          </w:p>
        </w:tc>
        <w:tc>
          <w:tcPr>
            <w:tcW w:w="2045" w:type="dxa"/>
            <w:shd w:val="clear" w:color="auto" w:fill="D9EAF7"/>
            <w:vAlign w:val="center"/>
          </w:tcPr>
          <w:p w14:paraId="48BC0974" w14:textId="77777777" w:rsidR="00D531EF" w:rsidRDefault="00000000">
            <w:r>
              <w:rPr>
                <w:b/>
                <w:sz w:val="19"/>
              </w:rPr>
              <w:t>rscs_date</w:t>
            </w:r>
          </w:p>
        </w:tc>
      </w:tr>
      <w:tr w:rsidR="00D531EF" w14:paraId="5ED9B1DB" w14:textId="77777777">
        <w:trPr>
          <w:jc w:val="center"/>
        </w:trPr>
        <w:tc>
          <w:tcPr>
            <w:tcW w:w="2045" w:type="dxa"/>
            <w:vAlign w:val="center"/>
          </w:tcPr>
          <w:p w14:paraId="17ED06B6" w14:textId="77777777" w:rsidR="00D531EF" w:rsidRDefault="00000000">
            <w:r>
              <w:rPr>
                <w:sz w:val="19"/>
              </w:rPr>
              <w:t>9001</w:t>
            </w:r>
          </w:p>
        </w:tc>
        <w:tc>
          <w:tcPr>
            <w:tcW w:w="2045" w:type="dxa"/>
            <w:vAlign w:val="center"/>
          </w:tcPr>
          <w:p w14:paraId="7B273022" w14:textId="77777777" w:rsidR="00D531EF" w:rsidRDefault="00000000">
            <w:r>
              <w:rPr>
                <w:sz w:val="19"/>
              </w:rPr>
              <w:t>501</w:t>
            </w:r>
          </w:p>
        </w:tc>
        <w:tc>
          <w:tcPr>
            <w:tcW w:w="2045" w:type="dxa"/>
            <w:vAlign w:val="center"/>
          </w:tcPr>
          <w:p w14:paraId="296E7526" w14:textId="77777777" w:rsidR="00D531EF" w:rsidRDefault="00000000">
            <w:r>
              <w:rPr>
                <w:sz w:val="19"/>
              </w:rPr>
              <w:t>1</w:t>
            </w:r>
          </w:p>
        </w:tc>
        <w:tc>
          <w:tcPr>
            <w:tcW w:w="2045" w:type="dxa"/>
            <w:vAlign w:val="center"/>
          </w:tcPr>
          <w:p w14:paraId="0D9102C2" w14:textId="77777777" w:rsidR="00D531EF" w:rsidRDefault="00000000">
            <w:r>
              <w:rPr>
                <w:sz w:val="19"/>
              </w:rPr>
              <w:t>101</w:t>
            </w:r>
          </w:p>
        </w:tc>
        <w:tc>
          <w:tcPr>
            <w:tcW w:w="2045" w:type="dxa"/>
            <w:vAlign w:val="center"/>
          </w:tcPr>
          <w:p w14:paraId="0F2378B0" w14:textId="77777777" w:rsidR="00D531EF" w:rsidRDefault="00000000">
            <w:r>
              <w:rPr>
                <w:sz w:val="19"/>
              </w:rPr>
              <w:t>2026-09-06</w:t>
            </w:r>
          </w:p>
        </w:tc>
      </w:tr>
      <w:tr w:rsidR="00D531EF" w14:paraId="296572E2" w14:textId="77777777">
        <w:trPr>
          <w:jc w:val="center"/>
        </w:trPr>
        <w:tc>
          <w:tcPr>
            <w:tcW w:w="2045" w:type="dxa"/>
            <w:vAlign w:val="center"/>
          </w:tcPr>
          <w:p w14:paraId="6089080E" w14:textId="77777777" w:rsidR="00D531EF" w:rsidRDefault="00000000">
            <w:r>
              <w:rPr>
                <w:sz w:val="19"/>
              </w:rPr>
              <w:t>9002</w:t>
            </w:r>
          </w:p>
        </w:tc>
        <w:tc>
          <w:tcPr>
            <w:tcW w:w="2045" w:type="dxa"/>
            <w:vAlign w:val="center"/>
          </w:tcPr>
          <w:p w14:paraId="0406F7B4" w14:textId="77777777" w:rsidR="00D531EF" w:rsidRDefault="00000000">
            <w:r>
              <w:rPr>
                <w:sz w:val="19"/>
              </w:rPr>
              <w:t>502</w:t>
            </w:r>
          </w:p>
        </w:tc>
        <w:tc>
          <w:tcPr>
            <w:tcW w:w="2045" w:type="dxa"/>
            <w:vAlign w:val="center"/>
          </w:tcPr>
          <w:p w14:paraId="1A59561C" w14:textId="77777777" w:rsidR="00D531EF" w:rsidRDefault="00000000">
            <w:r>
              <w:rPr>
                <w:sz w:val="19"/>
              </w:rPr>
              <w:t>1</w:t>
            </w:r>
          </w:p>
        </w:tc>
        <w:tc>
          <w:tcPr>
            <w:tcW w:w="2045" w:type="dxa"/>
            <w:vAlign w:val="center"/>
          </w:tcPr>
          <w:p w14:paraId="70493FF8" w14:textId="77777777" w:rsidR="00D531EF" w:rsidRDefault="00000000">
            <w:r>
              <w:rPr>
                <w:sz w:val="19"/>
              </w:rPr>
              <w:t>102</w:t>
            </w:r>
          </w:p>
        </w:tc>
        <w:tc>
          <w:tcPr>
            <w:tcW w:w="2045" w:type="dxa"/>
            <w:vAlign w:val="center"/>
          </w:tcPr>
          <w:p w14:paraId="4527F817" w14:textId="77777777" w:rsidR="00D531EF" w:rsidRDefault="00000000">
            <w:r>
              <w:rPr>
                <w:sz w:val="19"/>
              </w:rPr>
              <w:t>2026-09-06</w:t>
            </w:r>
          </w:p>
        </w:tc>
      </w:tr>
    </w:tbl>
    <w:p w14:paraId="33F50A7D" w14:textId="77777777" w:rsidR="00D531EF" w:rsidRDefault="00D531EF"/>
    <w:p w14:paraId="5AA034B3" w14:textId="77777777" w:rsidR="00D531EF" w:rsidRDefault="00000000">
      <w:pPr>
        <w:spacing w:after="140"/>
        <w:ind w:left="360"/>
      </w:pPr>
      <w:r>
        <w:rPr>
          <w:rFonts w:ascii="Courier New" w:hAnsi="Courier New"/>
          <w:sz w:val="18"/>
        </w:rPr>
        <w:t>GAME 501: Tigers vs Lions</w:t>
      </w:r>
      <w:r>
        <w:rPr>
          <w:rFonts w:ascii="Courier New" w:hAnsi="Courier New"/>
          <w:sz w:val="18"/>
        </w:rPr>
        <w:br/>
        <w:t xml:space="preserve">        │</w:t>
      </w:r>
      <w:r>
        <w:rPr>
          <w:rFonts w:ascii="Courier New" w:hAnsi="Courier New"/>
          <w:sz w:val="18"/>
        </w:rPr>
        <w:br/>
        <w:t xml:space="preserve">        ▼</w:t>
      </w:r>
      <w:r>
        <w:rPr>
          <w:rFonts w:ascii="Courier New" w:hAnsi="Courier New"/>
          <w:sz w:val="18"/>
        </w:rPr>
        <w:br/>
        <w:t>SCHEDULE 9001</w:t>
      </w:r>
      <w:r>
        <w:rPr>
          <w:rFonts w:ascii="Courier New" w:hAnsi="Courier New"/>
          <w:sz w:val="18"/>
        </w:rPr>
        <w:br/>
        <w:t xml:space="preserve">        ├── Resource: Ground A</w:t>
      </w:r>
      <w:r>
        <w:rPr>
          <w:rFonts w:ascii="Courier New" w:hAnsi="Courier New"/>
          <w:sz w:val="18"/>
        </w:rPr>
        <w:br/>
        <w:t xml:space="preserve">        ├── Date: Sunday 2026-09-06</w:t>
      </w:r>
      <w:r>
        <w:rPr>
          <w:rFonts w:ascii="Courier New" w:hAnsi="Courier New"/>
          <w:sz w:val="18"/>
        </w:rPr>
        <w:br/>
        <w:t xml:space="preserve">        └── Timeslot: 08:00–10:00</w:t>
      </w:r>
    </w:p>
    <w:p w14:paraId="4F12A851" w14:textId="77777777" w:rsidR="00D531EF" w:rsidRDefault="00000000">
      <w:pPr>
        <w:pStyle w:val="Heading1"/>
      </w:pPr>
      <w:r>
        <w:lastRenderedPageBreak/>
        <w:t>3. Visual Representation of the Current Flow</w:t>
      </w:r>
    </w:p>
    <w:p w14:paraId="19D01DD8" w14:textId="77777777" w:rsidR="00D531EF" w:rsidRDefault="00000000">
      <w:pPr>
        <w:spacing w:after="140"/>
        <w:ind w:left="360"/>
      </w:pPr>
      <w:r>
        <w:rPr>
          <w:rFonts w:ascii="Courier New" w:hAnsi="Courier New"/>
          <w:sz w:val="18"/>
        </w:rPr>
        <w:t>GAME</w:t>
      </w:r>
      <w:r>
        <w:rPr>
          <w:rFonts w:ascii="Courier New" w:hAnsi="Courier New"/>
          <w:sz w:val="18"/>
        </w:rPr>
        <w:br/>
        <w:t>Tigers vs Lions</w:t>
      </w:r>
      <w:r>
        <w:rPr>
          <w:rFonts w:ascii="Courier New" w:hAnsi="Courier New"/>
          <w:sz w:val="18"/>
        </w:rPr>
        <w:br/>
        <w:t xml:space="preserve">      │</w:t>
      </w:r>
      <w:r>
        <w:rPr>
          <w:rFonts w:ascii="Courier New" w:hAnsi="Courier New"/>
          <w:sz w:val="18"/>
        </w:rPr>
        <w:br/>
        <w:t xml:space="preserve">      ▼</w:t>
      </w:r>
      <w:r>
        <w:rPr>
          <w:rFonts w:ascii="Courier New" w:hAnsi="Courier New"/>
          <w:sz w:val="18"/>
        </w:rPr>
        <w:br/>
        <w:t>SCHEDULE</w:t>
      </w:r>
      <w:r>
        <w:rPr>
          <w:rFonts w:ascii="Courier New" w:hAnsi="Courier New"/>
          <w:sz w:val="18"/>
        </w:rPr>
        <w:br/>
        <w:t xml:space="preserve">      │</w:t>
      </w:r>
      <w:r>
        <w:rPr>
          <w:rFonts w:ascii="Courier New" w:hAnsi="Courier New"/>
          <w:sz w:val="18"/>
        </w:rPr>
        <w:br/>
        <w:t xml:space="preserve">      ├──────────────► RESOURCE</w:t>
      </w:r>
      <w:r>
        <w:rPr>
          <w:rFonts w:ascii="Courier New" w:hAnsi="Courier New"/>
          <w:sz w:val="18"/>
        </w:rPr>
        <w:br/>
        <w:t xml:space="preserve">      │                 Ground A</w:t>
      </w:r>
      <w:r>
        <w:rPr>
          <w:rFonts w:ascii="Courier New" w:hAnsi="Courier New"/>
          <w:sz w:val="18"/>
        </w:rPr>
        <w:br/>
        <w:t xml:space="preserve">      │</w:t>
      </w:r>
      <w:r>
        <w:rPr>
          <w:rFonts w:ascii="Courier New" w:hAnsi="Courier New"/>
          <w:sz w:val="18"/>
        </w:rPr>
        <w:br/>
        <w:t xml:space="preserve">      └──────────────► TIMESLOT</w:t>
      </w:r>
      <w:r>
        <w:rPr>
          <w:rFonts w:ascii="Courier New" w:hAnsi="Courier New"/>
          <w:sz w:val="18"/>
        </w:rPr>
        <w:br/>
        <w:t xml:space="preserve">                        Sunday 08:00–10:00</w:t>
      </w:r>
    </w:p>
    <w:p w14:paraId="6015A8F4" w14:textId="77777777" w:rsidR="00D531EF" w:rsidRDefault="00000000">
      <w:r>
        <w:t>The existing structure can store the final result of scheduling effectively: the matchup, resource, time slot, and date.</w:t>
      </w:r>
    </w:p>
    <w:p w14:paraId="39FF8F67" w14:textId="77777777" w:rsidR="00D531EF" w:rsidRDefault="00000000">
      <w:pPr>
        <w:pStyle w:val="Heading1"/>
      </w:pPr>
      <w:r>
        <w:t>4. Why a Generalized Constraint Layer is Useful</w:t>
      </w:r>
    </w:p>
    <w:p w14:paraId="1C2D3870" w14:textId="77777777" w:rsidR="00D531EF" w:rsidRDefault="00000000">
      <w:r>
        <w:t>As scheduling rules increase, different objects can require different types of rules.</w:t>
      </w:r>
    </w:p>
    <w:tbl>
      <w:tblPr>
        <w:tblStyle w:val="TableGrid"/>
        <w:tblW w:w="0" w:type="auto"/>
        <w:jc w:val="center"/>
        <w:tblLook w:val="04A0" w:firstRow="1" w:lastRow="0" w:firstColumn="1" w:lastColumn="0" w:noHBand="0" w:noVBand="1"/>
      </w:tblPr>
      <w:tblGrid>
        <w:gridCol w:w="5112"/>
        <w:gridCol w:w="5112"/>
      </w:tblGrid>
      <w:tr w:rsidR="00D531EF" w14:paraId="5454FE8C" w14:textId="77777777">
        <w:trPr>
          <w:jc w:val="center"/>
        </w:trPr>
        <w:tc>
          <w:tcPr>
            <w:tcW w:w="5112" w:type="dxa"/>
            <w:shd w:val="clear" w:color="auto" w:fill="D9EAF7"/>
            <w:vAlign w:val="center"/>
          </w:tcPr>
          <w:p w14:paraId="0DDAE83F" w14:textId="77777777" w:rsidR="00D531EF" w:rsidRDefault="00000000">
            <w:r>
              <w:rPr>
                <w:b/>
                <w:sz w:val="19"/>
              </w:rPr>
              <w:t>Object</w:t>
            </w:r>
          </w:p>
        </w:tc>
        <w:tc>
          <w:tcPr>
            <w:tcW w:w="5112" w:type="dxa"/>
            <w:shd w:val="clear" w:color="auto" w:fill="D9EAF7"/>
            <w:vAlign w:val="center"/>
          </w:tcPr>
          <w:p w14:paraId="220C7E46" w14:textId="77777777" w:rsidR="00D531EF" w:rsidRDefault="00000000">
            <w:r>
              <w:rPr>
                <w:b/>
                <w:sz w:val="19"/>
              </w:rPr>
              <w:t>Example Rules</w:t>
            </w:r>
          </w:p>
        </w:tc>
      </w:tr>
      <w:tr w:rsidR="00D531EF" w14:paraId="0E5B42D1" w14:textId="77777777">
        <w:trPr>
          <w:jc w:val="center"/>
        </w:trPr>
        <w:tc>
          <w:tcPr>
            <w:tcW w:w="5112" w:type="dxa"/>
            <w:vAlign w:val="center"/>
          </w:tcPr>
          <w:p w14:paraId="5BB626C3" w14:textId="77777777" w:rsidR="00D531EF" w:rsidRDefault="00000000">
            <w:r>
              <w:rPr>
                <w:sz w:val="19"/>
              </w:rPr>
              <w:t>Ground A</w:t>
            </w:r>
          </w:p>
        </w:tc>
        <w:tc>
          <w:tcPr>
            <w:tcW w:w="5112" w:type="dxa"/>
            <w:vAlign w:val="center"/>
          </w:tcPr>
          <w:p w14:paraId="75F9E1E0" w14:textId="77777777" w:rsidR="00D531EF" w:rsidRDefault="00000000">
            <w:r>
              <w:rPr>
                <w:sz w:val="19"/>
              </w:rPr>
              <w:t>Available Sunday 08:00–14:00; unavailable on a specific date</w:t>
            </w:r>
          </w:p>
        </w:tc>
      </w:tr>
      <w:tr w:rsidR="00D531EF" w14:paraId="7E15086F" w14:textId="77777777">
        <w:trPr>
          <w:jc w:val="center"/>
        </w:trPr>
        <w:tc>
          <w:tcPr>
            <w:tcW w:w="5112" w:type="dxa"/>
            <w:vAlign w:val="center"/>
          </w:tcPr>
          <w:p w14:paraId="5E1F09E4" w14:textId="77777777" w:rsidR="00D531EF" w:rsidRDefault="00000000">
            <w:r>
              <w:rPr>
                <w:sz w:val="19"/>
              </w:rPr>
              <w:t>Tigers</w:t>
            </w:r>
          </w:p>
        </w:tc>
        <w:tc>
          <w:tcPr>
            <w:tcW w:w="5112" w:type="dxa"/>
            <w:vAlign w:val="center"/>
          </w:tcPr>
          <w:p w14:paraId="67CB51FB" w14:textId="77777777" w:rsidR="00D531EF" w:rsidRDefault="00000000">
            <w:r>
              <w:rPr>
                <w:sz w:val="19"/>
              </w:rPr>
              <w:t>Maximum 2 games per day</w:t>
            </w:r>
          </w:p>
        </w:tc>
      </w:tr>
      <w:tr w:rsidR="00D531EF" w14:paraId="1A8CA244" w14:textId="77777777">
        <w:trPr>
          <w:jc w:val="center"/>
        </w:trPr>
        <w:tc>
          <w:tcPr>
            <w:tcW w:w="5112" w:type="dxa"/>
            <w:vAlign w:val="center"/>
          </w:tcPr>
          <w:p w14:paraId="07F18D01" w14:textId="77777777" w:rsidR="00D531EF" w:rsidRDefault="00000000">
            <w:r>
              <w:rPr>
                <w:sz w:val="19"/>
              </w:rPr>
              <w:t>Lions</w:t>
            </w:r>
          </w:p>
        </w:tc>
        <w:tc>
          <w:tcPr>
            <w:tcW w:w="5112" w:type="dxa"/>
            <w:vAlign w:val="center"/>
          </w:tcPr>
          <w:p w14:paraId="58BB0A72" w14:textId="77777777" w:rsidR="00D531EF" w:rsidRDefault="00000000">
            <w:r>
              <w:rPr>
                <w:sz w:val="19"/>
              </w:rPr>
              <w:t>Cannot play before 10:00</w:t>
            </w:r>
          </w:p>
        </w:tc>
      </w:tr>
      <w:tr w:rsidR="00D531EF" w14:paraId="5DA4F7E5" w14:textId="77777777">
        <w:trPr>
          <w:jc w:val="center"/>
        </w:trPr>
        <w:tc>
          <w:tcPr>
            <w:tcW w:w="5112" w:type="dxa"/>
            <w:vAlign w:val="center"/>
          </w:tcPr>
          <w:p w14:paraId="2039BEEE" w14:textId="77777777" w:rsidR="00D531EF" w:rsidRDefault="00000000">
            <w:r>
              <w:rPr>
                <w:sz w:val="19"/>
              </w:rPr>
              <w:t>Official John</w:t>
            </w:r>
          </w:p>
        </w:tc>
        <w:tc>
          <w:tcPr>
            <w:tcW w:w="5112" w:type="dxa"/>
            <w:vAlign w:val="center"/>
          </w:tcPr>
          <w:p w14:paraId="625E7B16" w14:textId="77777777" w:rsidR="00D531EF" w:rsidRDefault="00000000">
            <w:r>
              <w:rPr>
                <w:sz w:val="19"/>
              </w:rPr>
              <w:t>Available Sunday 08:00–12:00; maximum 2 games/day; 60-minute minimum rest</w:t>
            </w:r>
          </w:p>
        </w:tc>
      </w:tr>
    </w:tbl>
    <w:p w14:paraId="1CC70487" w14:textId="77777777" w:rsidR="00D531EF" w:rsidRDefault="00D531EF"/>
    <w:p w14:paraId="1A057DF2" w14:textId="77777777" w:rsidR="00D531EF" w:rsidRDefault="00000000">
      <w:r>
        <w:t>Without a generalized approach, separate tables may continue to be added for every new rule:</w:t>
      </w:r>
    </w:p>
    <w:p w14:paraId="5FBD6AA7" w14:textId="77777777" w:rsidR="00D531EF" w:rsidRDefault="00000000">
      <w:pPr>
        <w:spacing w:after="140"/>
        <w:ind w:left="360"/>
      </w:pPr>
      <w:r>
        <w:rPr>
          <w:rFonts w:ascii="Courier New" w:hAnsi="Courier New"/>
          <w:sz w:val="18"/>
        </w:rPr>
        <w:t>resource_availability</w:t>
      </w:r>
      <w:r>
        <w:rPr>
          <w:rFonts w:ascii="Courier New" w:hAnsi="Courier New"/>
          <w:sz w:val="18"/>
        </w:rPr>
        <w:br/>
        <w:t>resource_unavailability</w:t>
      </w:r>
      <w:r>
        <w:rPr>
          <w:rFonts w:ascii="Courier New" w:hAnsi="Courier New"/>
          <w:sz w:val="18"/>
        </w:rPr>
        <w:br/>
        <w:t>team_availability</w:t>
      </w:r>
      <w:r>
        <w:rPr>
          <w:rFonts w:ascii="Courier New" w:hAnsi="Courier New"/>
          <w:sz w:val="18"/>
        </w:rPr>
        <w:br/>
        <w:t>team_max_games</w:t>
      </w:r>
      <w:r>
        <w:rPr>
          <w:rFonts w:ascii="Courier New" w:hAnsi="Courier New"/>
          <w:sz w:val="18"/>
        </w:rPr>
        <w:br/>
        <w:t>official_availability</w:t>
      </w:r>
      <w:r>
        <w:rPr>
          <w:rFonts w:ascii="Courier New" w:hAnsi="Courier New"/>
          <w:sz w:val="18"/>
        </w:rPr>
        <w:br/>
        <w:t>official_max_games</w:t>
      </w:r>
      <w:r>
        <w:rPr>
          <w:rFonts w:ascii="Courier New" w:hAnsi="Courier New"/>
          <w:sz w:val="18"/>
        </w:rPr>
        <w:br/>
        <w:t>official_rest_time</w:t>
      </w:r>
      <w:r>
        <w:rPr>
          <w:rFonts w:ascii="Courier New" w:hAnsi="Courier New"/>
          <w:sz w:val="18"/>
        </w:rPr>
        <w:br/>
        <w:t>...</w:t>
      </w:r>
    </w:p>
    <w:p w14:paraId="00B17C49" w14:textId="77777777" w:rsidR="00D531EF" w:rsidRDefault="00000000">
      <w:r>
        <w:t>The proposed solution provides one common structure for defining and storing different scheduling constraints.</w:t>
      </w:r>
    </w:p>
    <w:p w14:paraId="33F9BA69" w14:textId="77777777" w:rsidR="00D531EF" w:rsidRDefault="00000000">
      <w:pPr>
        <w:pStyle w:val="Heading1"/>
      </w:pPr>
      <w:r>
        <w:t>5. Core Concept</w:t>
      </w:r>
    </w:p>
    <w:p w14:paraId="0E712956" w14:textId="77777777" w:rsidR="00D531EF" w:rsidRDefault="00000000">
      <w:pPr>
        <w:spacing w:after="140"/>
        <w:ind w:left="360"/>
      </w:pPr>
      <w:r>
        <w:rPr>
          <w:rFonts w:ascii="Courier New" w:hAnsi="Courier New"/>
          <w:sz w:val="18"/>
        </w:rPr>
        <w:t>WHAT TYPE OF OBJECT IS IT?</w:t>
      </w:r>
      <w:r>
        <w:rPr>
          <w:rFonts w:ascii="Courier New" w:hAnsi="Courier New"/>
          <w:sz w:val="18"/>
        </w:rPr>
        <w:br/>
        <w:t xml:space="preserve">            ↓</w:t>
      </w:r>
      <w:r>
        <w:rPr>
          <w:rFonts w:ascii="Courier New" w:hAnsi="Courier New"/>
          <w:sz w:val="18"/>
        </w:rPr>
        <w:br/>
        <w:t>WHAT RULE CAN APPLY?</w:t>
      </w:r>
      <w:r>
        <w:rPr>
          <w:rFonts w:ascii="Courier New" w:hAnsi="Courier New"/>
          <w:sz w:val="18"/>
        </w:rPr>
        <w:br/>
        <w:t xml:space="preserve">            ↓</w:t>
      </w:r>
      <w:r>
        <w:rPr>
          <w:rFonts w:ascii="Courier New" w:hAnsi="Courier New"/>
          <w:sz w:val="18"/>
        </w:rPr>
        <w:br/>
        <w:t>WHAT IS THE ACTUAL VALUE OF THAT RULE?</w:t>
      </w:r>
    </w:p>
    <w:tbl>
      <w:tblPr>
        <w:tblStyle w:val="TableGrid"/>
        <w:tblW w:w="0" w:type="auto"/>
        <w:jc w:val="center"/>
        <w:tblLook w:val="04A0" w:firstRow="1" w:lastRow="0" w:firstColumn="1" w:lastColumn="0" w:noHBand="0" w:noVBand="1"/>
      </w:tblPr>
      <w:tblGrid>
        <w:gridCol w:w="3408"/>
        <w:gridCol w:w="3408"/>
        <w:gridCol w:w="3408"/>
      </w:tblGrid>
      <w:tr w:rsidR="00D531EF" w14:paraId="40DD9329" w14:textId="77777777">
        <w:trPr>
          <w:jc w:val="center"/>
        </w:trPr>
        <w:tc>
          <w:tcPr>
            <w:tcW w:w="3408" w:type="dxa"/>
            <w:shd w:val="clear" w:color="auto" w:fill="D9EAF7"/>
            <w:vAlign w:val="center"/>
          </w:tcPr>
          <w:p w14:paraId="264B8965" w14:textId="77777777" w:rsidR="00D531EF" w:rsidRDefault="00000000">
            <w:r>
              <w:rPr>
                <w:b/>
                <w:sz w:val="19"/>
              </w:rPr>
              <w:t>Object Type</w:t>
            </w:r>
          </w:p>
        </w:tc>
        <w:tc>
          <w:tcPr>
            <w:tcW w:w="3408" w:type="dxa"/>
            <w:shd w:val="clear" w:color="auto" w:fill="D9EAF7"/>
            <w:vAlign w:val="center"/>
          </w:tcPr>
          <w:p w14:paraId="3AE2ABEA" w14:textId="77777777" w:rsidR="00D531EF" w:rsidRDefault="00000000">
            <w:r>
              <w:rPr>
                <w:b/>
                <w:sz w:val="19"/>
              </w:rPr>
              <w:t>Constraint</w:t>
            </w:r>
          </w:p>
        </w:tc>
        <w:tc>
          <w:tcPr>
            <w:tcW w:w="3408" w:type="dxa"/>
            <w:shd w:val="clear" w:color="auto" w:fill="D9EAF7"/>
            <w:vAlign w:val="center"/>
          </w:tcPr>
          <w:p w14:paraId="24EA0564" w14:textId="77777777" w:rsidR="00D531EF" w:rsidRDefault="00000000">
            <w:r>
              <w:rPr>
                <w:b/>
                <w:sz w:val="19"/>
              </w:rPr>
              <w:t>Actual Value</w:t>
            </w:r>
          </w:p>
        </w:tc>
      </w:tr>
      <w:tr w:rsidR="00D531EF" w14:paraId="5CAB765B" w14:textId="77777777">
        <w:trPr>
          <w:jc w:val="center"/>
        </w:trPr>
        <w:tc>
          <w:tcPr>
            <w:tcW w:w="3408" w:type="dxa"/>
            <w:vAlign w:val="center"/>
          </w:tcPr>
          <w:p w14:paraId="0F6370D4" w14:textId="77777777" w:rsidR="00D531EF" w:rsidRDefault="00000000">
            <w:r>
              <w:rPr>
                <w:sz w:val="19"/>
              </w:rPr>
              <w:t>Resource</w:t>
            </w:r>
          </w:p>
        </w:tc>
        <w:tc>
          <w:tcPr>
            <w:tcW w:w="3408" w:type="dxa"/>
            <w:vAlign w:val="center"/>
          </w:tcPr>
          <w:p w14:paraId="74EC1BD3" w14:textId="77777777" w:rsidR="00D531EF" w:rsidRDefault="00000000">
            <w:r>
              <w:rPr>
                <w:sz w:val="19"/>
              </w:rPr>
              <w:t>Availability</w:t>
            </w:r>
          </w:p>
        </w:tc>
        <w:tc>
          <w:tcPr>
            <w:tcW w:w="3408" w:type="dxa"/>
            <w:vAlign w:val="center"/>
          </w:tcPr>
          <w:p w14:paraId="20F4714E" w14:textId="77777777" w:rsidR="00D531EF" w:rsidRDefault="00000000">
            <w:r>
              <w:rPr>
                <w:sz w:val="19"/>
              </w:rPr>
              <w:t>Sunday 08:00–14:00</w:t>
            </w:r>
          </w:p>
        </w:tc>
      </w:tr>
      <w:tr w:rsidR="00D531EF" w14:paraId="2F2D59D1" w14:textId="77777777">
        <w:trPr>
          <w:jc w:val="center"/>
        </w:trPr>
        <w:tc>
          <w:tcPr>
            <w:tcW w:w="3408" w:type="dxa"/>
            <w:vAlign w:val="center"/>
          </w:tcPr>
          <w:p w14:paraId="38E863AA" w14:textId="77777777" w:rsidR="00D531EF" w:rsidRDefault="00000000">
            <w:r>
              <w:rPr>
                <w:sz w:val="19"/>
              </w:rPr>
              <w:t>Team</w:t>
            </w:r>
          </w:p>
        </w:tc>
        <w:tc>
          <w:tcPr>
            <w:tcW w:w="3408" w:type="dxa"/>
            <w:vAlign w:val="center"/>
          </w:tcPr>
          <w:p w14:paraId="46444C18" w14:textId="77777777" w:rsidR="00D531EF" w:rsidRDefault="00000000">
            <w:r>
              <w:rPr>
                <w:sz w:val="19"/>
              </w:rPr>
              <w:t>Max Games Per Day</w:t>
            </w:r>
          </w:p>
        </w:tc>
        <w:tc>
          <w:tcPr>
            <w:tcW w:w="3408" w:type="dxa"/>
            <w:vAlign w:val="center"/>
          </w:tcPr>
          <w:p w14:paraId="45281EAB" w14:textId="77777777" w:rsidR="00D531EF" w:rsidRDefault="00000000">
            <w:r>
              <w:rPr>
                <w:sz w:val="19"/>
              </w:rPr>
              <w:t>2</w:t>
            </w:r>
          </w:p>
        </w:tc>
      </w:tr>
      <w:tr w:rsidR="00D531EF" w14:paraId="50398439" w14:textId="77777777">
        <w:trPr>
          <w:jc w:val="center"/>
        </w:trPr>
        <w:tc>
          <w:tcPr>
            <w:tcW w:w="3408" w:type="dxa"/>
            <w:vAlign w:val="center"/>
          </w:tcPr>
          <w:p w14:paraId="79DB7CA4" w14:textId="77777777" w:rsidR="00D531EF" w:rsidRDefault="00000000">
            <w:r>
              <w:rPr>
                <w:sz w:val="19"/>
              </w:rPr>
              <w:t>Official</w:t>
            </w:r>
          </w:p>
        </w:tc>
        <w:tc>
          <w:tcPr>
            <w:tcW w:w="3408" w:type="dxa"/>
            <w:vAlign w:val="center"/>
          </w:tcPr>
          <w:p w14:paraId="744997FC" w14:textId="77777777" w:rsidR="00D531EF" w:rsidRDefault="00000000">
            <w:r>
              <w:rPr>
                <w:sz w:val="19"/>
              </w:rPr>
              <w:t>Availability</w:t>
            </w:r>
          </w:p>
        </w:tc>
        <w:tc>
          <w:tcPr>
            <w:tcW w:w="3408" w:type="dxa"/>
            <w:vAlign w:val="center"/>
          </w:tcPr>
          <w:p w14:paraId="46589ADA" w14:textId="77777777" w:rsidR="00D531EF" w:rsidRDefault="00000000">
            <w:r>
              <w:rPr>
                <w:sz w:val="19"/>
              </w:rPr>
              <w:t>Sunday 08:00–12:00</w:t>
            </w:r>
          </w:p>
        </w:tc>
      </w:tr>
      <w:tr w:rsidR="00D531EF" w14:paraId="0A572CFE" w14:textId="77777777">
        <w:trPr>
          <w:jc w:val="center"/>
        </w:trPr>
        <w:tc>
          <w:tcPr>
            <w:tcW w:w="3408" w:type="dxa"/>
            <w:vAlign w:val="center"/>
          </w:tcPr>
          <w:p w14:paraId="49924F2E" w14:textId="77777777" w:rsidR="00D531EF" w:rsidRDefault="00000000">
            <w:r>
              <w:rPr>
                <w:sz w:val="19"/>
              </w:rPr>
              <w:t>Official</w:t>
            </w:r>
          </w:p>
        </w:tc>
        <w:tc>
          <w:tcPr>
            <w:tcW w:w="3408" w:type="dxa"/>
            <w:vAlign w:val="center"/>
          </w:tcPr>
          <w:p w14:paraId="0CF474B3" w14:textId="77777777" w:rsidR="00D531EF" w:rsidRDefault="00000000">
            <w:r>
              <w:rPr>
                <w:sz w:val="19"/>
              </w:rPr>
              <w:t>Minimum Rest</w:t>
            </w:r>
          </w:p>
        </w:tc>
        <w:tc>
          <w:tcPr>
            <w:tcW w:w="3408" w:type="dxa"/>
            <w:vAlign w:val="center"/>
          </w:tcPr>
          <w:p w14:paraId="192DBA77" w14:textId="77777777" w:rsidR="00D531EF" w:rsidRDefault="00000000">
            <w:r>
              <w:rPr>
                <w:sz w:val="19"/>
              </w:rPr>
              <w:t>60 minutes</w:t>
            </w:r>
          </w:p>
        </w:tc>
      </w:tr>
    </w:tbl>
    <w:p w14:paraId="4D65C3DF" w14:textId="77777777" w:rsidR="00D531EF" w:rsidRDefault="00D531EF"/>
    <w:p w14:paraId="5418134F" w14:textId="77777777" w:rsidR="00D531EF" w:rsidRDefault="00000000">
      <w:pPr>
        <w:pStyle w:val="Heading1"/>
      </w:pPr>
      <w:r>
        <w:lastRenderedPageBreak/>
        <w:t>6. Proposed New Tables</w:t>
      </w:r>
    </w:p>
    <w:p w14:paraId="3AA99A9C" w14:textId="77777777" w:rsidR="00D531EF" w:rsidRDefault="00000000">
      <w:pPr>
        <w:pStyle w:val="Heading2"/>
      </w:pPr>
      <w:r>
        <w:t>6.1 scheduler_master_types</w:t>
      </w:r>
    </w:p>
    <w:p w14:paraId="179D3581" w14:textId="77777777" w:rsidR="00D531EF" w:rsidRDefault="00000000">
      <w:r>
        <w:t>This table defines categories of objects used by the scheduler. It stores types, not the actual records.</w:t>
      </w:r>
    </w:p>
    <w:tbl>
      <w:tblPr>
        <w:tblStyle w:val="TableGrid"/>
        <w:tblW w:w="0" w:type="auto"/>
        <w:jc w:val="center"/>
        <w:tblLook w:val="04A0" w:firstRow="1" w:lastRow="0" w:firstColumn="1" w:lastColumn="0" w:noHBand="0" w:noVBand="1"/>
      </w:tblPr>
      <w:tblGrid>
        <w:gridCol w:w="5112"/>
        <w:gridCol w:w="5112"/>
      </w:tblGrid>
      <w:tr w:rsidR="00D531EF" w14:paraId="76C40A7D" w14:textId="77777777">
        <w:trPr>
          <w:jc w:val="center"/>
        </w:trPr>
        <w:tc>
          <w:tcPr>
            <w:tcW w:w="5112" w:type="dxa"/>
            <w:shd w:val="clear" w:color="auto" w:fill="D9EAF7"/>
            <w:vAlign w:val="center"/>
          </w:tcPr>
          <w:p w14:paraId="051A5FBF" w14:textId="77777777" w:rsidR="00D531EF" w:rsidRDefault="00000000">
            <w:r>
              <w:rPr>
                <w:b/>
                <w:sz w:val="19"/>
              </w:rPr>
              <w:t>master_type_id</w:t>
            </w:r>
          </w:p>
        </w:tc>
        <w:tc>
          <w:tcPr>
            <w:tcW w:w="5112" w:type="dxa"/>
            <w:shd w:val="clear" w:color="auto" w:fill="D9EAF7"/>
            <w:vAlign w:val="center"/>
          </w:tcPr>
          <w:p w14:paraId="5FD7D99B" w14:textId="77777777" w:rsidR="00D531EF" w:rsidRDefault="00000000">
            <w:r>
              <w:rPr>
                <w:b/>
                <w:sz w:val="19"/>
              </w:rPr>
              <w:t>name</w:t>
            </w:r>
          </w:p>
        </w:tc>
      </w:tr>
      <w:tr w:rsidR="00D531EF" w14:paraId="6422C371" w14:textId="77777777">
        <w:trPr>
          <w:jc w:val="center"/>
        </w:trPr>
        <w:tc>
          <w:tcPr>
            <w:tcW w:w="5112" w:type="dxa"/>
            <w:vAlign w:val="center"/>
          </w:tcPr>
          <w:p w14:paraId="59D34EED" w14:textId="77777777" w:rsidR="00D531EF" w:rsidRDefault="00000000">
            <w:r>
              <w:rPr>
                <w:sz w:val="19"/>
              </w:rPr>
              <w:t>1</w:t>
            </w:r>
          </w:p>
        </w:tc>
        <w:tc>
          <w:tcPr>
            <w:tcW w:w="5112" w:type="dxa"/>
            <w:vAlign w:val="center"/>
          </w:tcPr>
          <w:p w14:paraId="1A87BB22" w14:textId="77777777" w:rsidR="00D531EF" w:rsidRDefault="00000000">
            <w:r>
              <w:rPr>
                <w:sz w:val="19"/>
              </w:rPr>
              <w:t>Resource</w:t>
            </w:r>
          </w:p>
        </w:tc>
      </w:tr>
      <w:tr w:rsidR="00D531EF" w14:paraId="54D4890F" w14:textId="77777777">
        <w:trPr>
          <w:jc w:val="center"/>
        </w:trPr>
        <w:tc>
          <w:tcPr>
            <w:tcW w:w="5112" w:type="dxa"/>
            <w:vAlign w:val="center"/>
          </w:tcPr>
          <w:p w14:paraId="24B0B9D1" w14:textId="77777777" w:rsidR="00D531EF" w:rsidRDefault="00000000">
            <w:r>
              <w:rPr>
                <w:sz w:val="19"/>
              </w:rPr>
              <w:t>2</w:t>
            </w:r>
          </w:p>
        </w:tc>
        <w:tc>
          <w:tcPr>
            <w:tcW w:w="5112" w:type="dxa"/>
            <w:vAlign w:val="center"/>
          </w:tcPr>
          <w:p w14:paraId="2AD552C1" w14:textId="77777777" w:rsidR="00D531EF" w:rsidRDefault="00000000">
            <w:r>
              <w:rPr>
                <w:sz w:val="19"/>
              </w:rPr>
              <w:t>Team</w:t>
            </w:r>
          </w:p>
        </w:tc>
      </w:tr>
      <w:tr w:rsidR="00D531EF" w14:paraId="7579D8C9" w14:textId="77777777">
        <w:trPr>
          <w:jc w:val="center"/>
        </w:trPr>
        <w:tc>
          <w:tcPr>
            <w:tcW w:w="5112" w:type="dxa"/>
            <w:vAlign w:val="center"/>
          </w:tcPr>
          <w:p w14:paraId="789AE135" w14:textId="77777777" w:rsidR="00D531EF" w:rsidRDefault="00000000">
            <w:r>
              <w:rPr>
                <w:sz w:val="19"/>
              </w:rPr>
              <w:t>3</w:t>
            </w:r>
          </w:p>
        </w:tc>
        <w:tc>
          <w:tcPr>
            <w:tcW w:w="5112" w:type="dxa"/>
            <w:vAlign w:val="center"/>
          </w:tcPr>
          <w:p w14:paraId="68BEA982" w14:textId="77777777" w:rsidR="00D531EF" w:rsidRDefault="00000000">
            <w:r>
              <w:rPr>
                <w:sz w:val="19"/>
              </w:rPr>
              <w:t>Official</w:t>
            </w:r>
          </w:p>
        </w:tc>
      </w:tr>
      <w:tr w:rsidR="00D531EF" w14:paraId="2B269911" w14:textId="77777777">
        <w:trPr>
          <w:jc w:val="center"/>
        </w:trPr>
        <w:tc>
          <w:tcPr>
            <w:tcW w:w="5112" w:type="dxa"/>
            <w:vAlign w:val="center"/>
          </w:tcPr>
          <w:p w14:paraId="5E7E7AD3" w14:textId="77777777" w:rsidR="00D531EF" w:rsidRDefault="00000000">
            <w:r>
              <w:rPr>
                <w:sz w:val="19"/>
              </w:rPr>
              <w:t>4</w:t>
            </w:r>
          </w:p>
        </w:tc>
        <w:tc>
          <w:tcPr>
            <w:tcW w:w="5112" w:type="dxa"/>
            <w:vAlign w:val="center"/>
          </w:tcPr>
          <w:p w14:paraId="353AC865" w14:textId="77777777" w:rsidR="00D531EF" w:rsidRDefault="00000000">
            <w:r>
              <w:rPr>
                <w:sz w:val="19"/>
              </w:rPr>
              <w:t>Coach</w:t>
            </w:r>
          </w:p>
        </w:tc>
      </w:tr>
    </w:tbl>
    <w:p w14:paraId="02CAFADE" w14:textId="77777777" w:rsidR="00D531EF" w:rsidRDefault="00D531EF"/>
    <w:p w14:paraId="4006DA62" w14:textId="77777777" w:rsidR="00D531EF" w:rsidRDefault="00000000">
      <w:pPr>
        <w:spacing w:after="140"/>
        <w:ind w:left="360"/>
      </w:pPr>
      <w:r>
        <w:rPr>
          <w:rFonts w:ascii="Courier New" w:hAnsi="Courier New"/>
          <w:sz w:val="18"/>
        </w:rPr>
        <w:t>scheduler_master_types</w:t>
      </w:r>
      <w:r>
        <w:rPr>
          <w:rFonts w:ascii="Courier New" w:hAnsi="Courier New"/>
          <w:sz w:val="18"/>
        </w:rPr>
        <w:br/>
        <w:t>┌────┬──────────┐</w:t>
      </w:r>
      <w:r>
        <w:rPr>
          <w:rFonts w:ascii="Courier New" w:hAnsi="Courier New"/>
          <w:sz w:val="18"/>
        </w:rPr>
        <w:br/>
        <w:t>│ ID │ Type     │</w:t>
      </w:r>
      <w:r>
        <w:rPr>
          <w:rFonts w:ascii="Courier New" w:hAnsi="Courier New"/>
          <w:sz w:val="18"/>
        </w:rPr>
        <w:br/>
        <w:t>├────┼──────────┤</w:t>
      </w:r>
      <w:r>
        <w:rPr>
          <w:rFonts w:ascii="Courier New" w:hAnsi="Courier New"/>
          <w:sz w:val="18"/>
        </w:rPr>
        <w:br/>
        <w:t>│ 1  │ Resource │</w:t>
      </w:r>
      <w:r>
        <w:rPr>
          <w:rFonts w:ascii="Courier New" w:hAnsi="Courier New"/>
          <w:sz w:val="18"/>
        </w:rPr>
        <w:br/>
        <w:t>│ 2  │ Team     │</w:t>
      </w:r>
      <w:r>
        <w:rPr>
          <w:rFonts w:ascii="Courier New" w:hAnsi="Courier New"/>
          <w:sz w:val="18"/>
        </w:rPr>
        <w:br/>
        <w:t>│ 3  │ Official │</w:t>
      </w:r>
      <w:r>
        <w:rPr>
          <w:rFonts w:ascii="Courier New" w:hAnsi="Courier New"/>
          <w:sz w:val="18"/>
        </w:rPr>
        <w:br/>
        <w:t>│ 4  │ Coach    │</w:t>
      </w:r>
      <w:r>
        <w:rPr>
          <w:rFonts w:ascii="Courier New" w:hAnsi="Courier New"/>
          <w:sz w:val="18"/>
        </w:rPr>
        <w:br/>
        <w:t>└────┴──────────┘</w:t>
      </w:r>
    </w:p>
    <w:p w14:paraId="61F4C33C" w14:textId="77777777" w:rsidR="00D531EF" w:rsidRDefault="00000000">
      <w:r>
        <w:t>Ground A, Tigers, and John are not stored here. They continue to exist in their original tables.</w:t>
      </w:r>
    </w:p>
    <w:p w14:paraId="05F2B948" w14:textId="77777777" w:rsidR="00D531EF" w:rsidRDefault="00000000">
      <w:pPr>
        <w:pStyle w:val="Heading2"/>
      </w:pPr>
      <w:r>
        <w:t>6.2 scheduler_constraint_types</w:t>
      </w:r>
    </w:p>
    <w:p w14:paraId="4BBAA286" w14:textId="77777777" w:rsidR="00D531EF" w:rsidRDefault="00000000">
      <w:r>
        <w:t>This table defines the kinds of rules supported by the scheduler.</w:t>
      </w:r>
    </w:p>
    <w:tbl>
      <w:tblPr>
        <w:tblStyle w:val="TableGrid"/>
        <w:tblW w:w="0" w:type="auto"/>
        <w:jc w:val="center"/>
        <w:tblLook w:val="04A0" w:firstRow="1" w:lastRow="0" w:firstColumn="1" w:lastColumn="0" w:noHBand="0" w:noVBand="1"/>
      </w:tblPr>
      <w:tblGrid>
        <w:gridCol w:w="3408"/>
        <w:gridCol w:w="3408"/>
        <w:gridCol w:w="3408"/>
      </w:tblGrid>
      <w:tr w:rsidR="00D531EF" w14:paraId="55CA72B2" w14:textId="77777777">
        <w:trPr>
          <w:jc w:val="center"/>
        </w:trPr>
        <w:tc>
          <w:tcPr>
            <w:tcW w:w="3408" w:type="dxa"/>
            <w:shd w:val="clear" w:color="auto" w:fill="D9EAF7"/>
            <w:vAlign w:val="center"/>
          </w:tcPr>
          <w:p w14:paraId="51F9BE54" w14:textId="77777777" w:rsidR="00D531EF" w:rsidRDefault="00000000">
            <w:r>
              <w:rPr>
                <w:b/>
                <w:sz w:val="19"/>
              </w:rPr>
              <w:t>constraint_type_id</w:t>
            </w:r>
          </w:p>
        </w:tc>
        <w:tc>
          <w:tcPr>
            <w:tcW w:w="3408" w:type="dxa"/>
            <w:shd w:val="clear" w:color="auto" w:fill="D9EAF7"/>
            <w:vAlign w:val="center"/>
          </w:tcPr>
          <w:p w14:paraId="75077993" w14:textId="77777777" w:rsidR="00D531EF" w:rsidRDefault="00000000">
            <w:r>
              <w:rPr>
                <w:b/>
                <w:sz w:val="19"/>
              </w:rPr>
              <w:t>name</w:t>
            </w:r>
          </w:p>
        </w:tc>
        <w:tc>
          <w:tcPr>
            <w:tcW w:w="3408" w:type="dxa"/>
            <w:shd w:val="clear" w:color="auto" w:fill="D9EAF7"/>
            <w:vAlign w:val="center"/>
          </w:tcPr>
          <w:p w14:paraId="3ACFED2C" w14:textId="77777777" w:rsidR="00D531EF" w:rsidRDefault="00000000">
            <w:r>
              <w:rPr>
                <w:b/>
                <w:sz w:val="19"/>
              </w:rPr>
              <w:t>value_type</w:t>
            </w:r>
          </w:p>
        </w:tc>
      </w:tr>
      <w:tr w:rsidR="00D531EF" w14:paraId="5E1BA524" w14:textId="77777777">
        <w:trPr>
          <w:jc w:val="center"/>
        </w:trPr>
        <w:tc>
          <w:tcPr>
            <w:tcW w:w="3408" w:type="dxa"/>
            <w:vAlign w:val="center"/>
          </w:tcPr>
          <w:p w14:paraId="529EFBF7" w14:textId="77777777" w:rsidR="00D531EF" w:rsidRDefault="00000000">
            <w:r>
              <w:rPr>
                <w:sz w:val="19"/>
              </w:rPr>
              <w:t>1</w:t>
            </w:r>
          </w:p>
        </w:tc>
        <w:tc>
          <w:tcPr>
            <w:tcW w:w="3408" w:type="dxa"/>
            <w:vAlign w:val="center"/>
          </w:tcPr>
          <w:p w14:paraId="383522C0" w14:textId="77777777" w:rsidR="00D531EF" w:rsidRDefault="00000000">
            <w:r>
              <w:rPr>
                <w:sz w:val="19"/>
              </w:rPr>
              <w:t>Availability</w:t>
            </w:r>
          </w:p>
        </w:tc>
        <w:tc>
          <w:tcPr>
            <w:tcW w:w="3408" w:type="dxa"/>
            <w:vAlign w:val="center"/>
          </w:tcPr>
          <w:p w14:paraId="6982E86E" w14:textId="77777777" w:rsidR="00D531EF" w:rsidRDefault="00000000">
            <w:r>
              <w:rPr>
                <w:sz w:val="19"/>
              </w:rPr>
              <w:t>Time/Date Range</w:t>
            </w:r>
          </w:p>
        </w:tc>
      </w:tr>
      <w:tr w:rsidR="00D531EF" w14:paraId="73101038" w14:textId="77777777">
        <w:trPr>
          <w:jc w:val="center"/>
        </w:trPr>
        <w:tc>
          <w:tcPr>
            <w:tcW w:w="3408" w:type="dxa"/>
            <w:vAlign w:val="center"/>
          </w:tcPr>
          <w:p w14:paraId="659B4678" w14:textId="77777777" w:rsidR="00D531EF" w:rsidRDefault="00000000">
            <w:r>
              <w:rPr>
                <w:sz w:val="19"/>
              </w:rPr>
              <w:t>2</w:t>
            </w:r>
          </w:p>
        </w:tc>
        <w:tc>
          <w:tcPr>
            <w:tcW w:w="3408" w:type="dxa"/>
            <w:vAlign w:val="center"/>
          </w:tcPr>
          <w:p w14:paraId="10EB551E" w14:textId="77777777" w:rsidR="00D531EF" w:rsidRDefault="00000000">
            <w:r>
              <w:rPr>
                <w:sz w:val="19"/>
              </w:rPr>
              <w:t>Unavailability</w:t>
            </w:r>
          </w:p>
        </w:tc>
        <w:tc>
          <w:tcPr>
            <w:tcW w:w="3408" w:type="dxa"/>
            <w:vAlign w:val="center"/>
          </w:tcPr>
          <w:p w14:paraId="2F2D2C7A" w14:textId="77777777" w:rsidR="00D531EF" w:rsidRDefault="00000000">
            <w:r>
              <w:rPr>
                <w:sz w:val="19"/>
              </w:rPr>
              <w:t>Time/Date Range</w:t>
            </w:r>
          </w:p>
        </w:tc>
      </w:tr>
      <w:tr w:rsidR="00D531EF" w14:paraId="6D62F289" w14:textId="77777777">
        <w:trPr>
          <w:jc w:val="center"/>
        </w:trPr>
        <w:tc>
          <w:tcPr>
            <w:tcW w:w="3408" w:type="dxa"/>
            <w:vAlign w:val="center"/>
          </w:tcPr>
          <w:p w14:paraId="4A4B349F" w14:textId="77777777" w:rsidR="00D531EF" w:rsidRDefault="00000000">
            <w:r>
              <w:rPr>
                <w:sz w:val="19"/>
              </w:rPr>
              <w:t>3</w:t>
            </w:r>
          </w:p>
        </w:tc>
        <w:tc>
          <w:tcPr>
            <w:tcW w:w="3408" w:type="dxa"/>
            <w:vAlign w:val="center"/>
          </w:tcPr>
          <w:p w14:paraId="422E9067" w14:textId="77777777" w:rsidR="00D531EF" w:rsidRDefault="00000000">
            <w:r>
              <w:rPr>
                <w:sz w:val="19"/>
              </w:rPr>
              <w:t>Max Games Per Day</w:t>
            </w:r>
          </w:p>
        </w:tc>
        <w:tc>
          <w:tcPr>
            <w:tcW w:w="3408" w:type="dxa"/>
            <w:vAlign w:val="center"/>
          </w:tcPr>
          <w:p w14:paraId="0F6694B1" w14:textId="77777777" w:rsidR="00D531EF" w:rsidRDefault="00000000">
            <w:r>
              <w:rPr>
                <w:sz w:val="19"/>
              </w:rPr>
              <w:t>Number</w:t>
            </w:r>
          </w:p>
        </w:tc>
      </w:tr>
      <w:tr w:rsidR="00D531EF" w14:paraId="24625DF7" w14:textId="77777777">
        <w:trPr>
          <w:jc w:val="center"/>
        </w:trPr>
        <w:tc>
          <w:tcPr>
            <w:tcW w:w="3408" w:type="dxa"/>
            <w:vAlign w:val="center"/>
          </w:tcPr>
          <w:p w14:paraId="07FF605E" w14:textId="77777777" w:rsidR="00D531EF" w:rsidRDefault="00000000">
            <w:r>
              <w:rPr>
                <w:sz w:val="19"/>
              </w:rPr>
              <w:t>4</w:t>
            </w:r>
          </w:p>
        </w:tc>
        <w:tc>
          <w:tcPr>
            <w:tcW w:w="3408" w:type="dxa"/>
            <w:vAlign w:val="center"/>
          </w:tcPr>
          <w:p w14:paraId="6B20AD85" w14:textId="77777777" w:rsidR="00D531EF" w:rsidRDefault="00000000">
            <w:r>
              <w:rPr>
                <w:sz w:val="19"/>
              </w:rPr>
              <w:t>Minimum Rest</w:t>
            </w:r>
          </w:p>
        </w:tc>
        <w:tc>
          <w:tcPr>
            <w:tcW w:w="3408" w:type="dxa"/>
            <w:vAlign w:val="center"/>
          </w:tcPr>
          <w:p w14:paraId="5FADAA12" w14:textId="77777777" w:rsidR="00D531EF" w:rsidRDefault="00000000">
            <w:r>
              <w:rPr>
                <w:sz w:val="19"/>
              </w:rPr>
              <w:t>Duration</w:t>
            </w:r>
          </w:p>
        </w:tc>
      </w:tr>
      <w:tr w:rsidR="00D531EF" w14:paraId="59712F96" w14:textId="77777777">
        <w:trPr>
          <w:jc w:val="center"/>
        </w:trPr>
        <w:tc>
          <w:tcPr>
            <w:tcW w:w="3408" w:type="dxa"/>
            <w:vAlign w:val="center"/>
          </w:tcPr>
          <w:p w14:paraId="6CBB9602" w14:textId="77777777" w:rsidR="00D531EF" w:rsidRDefault="00000000">
            <w:r>
              <w:rPr>
                <w:sz w:val="19"/>
              </w:rPr>
              <w:t>5</w:t>
            </w:r>
          </w:p>
        </w:tc>
        <w:tc>
          <w:tcPr>
            <w:tcW w:w="3408" w:type="dxa"/>
            <w:vAlign w:val="center"/>
          </w:tcPr>
          <w:p w14:paraId="7376BD4A" w14:textId="77777777" w:rsidR="00D531EF" w:rsidRDefault="00000000">
            <w:r>
              <w:rPr>
                <w:sz w:val="19"/>
              </w:rPr>
              <w:t>Preferred Time</w:t>
            </w:r>
          </w:p>
        </w:tc>
        <w:tc>
          <w:tcPr>
            <w:tcW w:w="3408" w:type="dxa"/>
            <w:vAlign w:val="center"/>
          </w:tcPr>
          <w:p w14:paraId="2D48B5BF" w14:textId="77777777" w:rsidR="00D531EF" w:rsidRDefault="00000000">
            <w:r>
              <w:rPr>
                <w:sz w:val="19"/>
              </w:rPr>
              <w:t>Time Range</w:t>
            </w:r>
          </w:p>
        </w:tc>
      </w:tr>
    </w:tbl>
    <w:p w14:paraId="663B671B" w14:textId="77777777" w:rsidR="00D531EF" w:rsidRDefault="00D531EF"/>
    <w:p w14:paraId="0FEF59F1" w14:textId="77777777" w:rsidR="00D531EF" w:rsidRDefault="00000000">
      <w:pPr>
        <w:pStyle w:val="Heading2"/>
      </w:pPr>
      <w:r>
        <w:t>6.3 scheduler_master_constraint_types</w:t>
      </w:r>
    </w:p>
    <w:p w14:paraId="6C5A31F0" w14:textId="77777777" w:rsidR="00D531EF" w:rsidRDefault="00000000">
      <w:r>
        <w:t>This table defines which constraints are allowed for each object type.</w:t>
      </w:r>
    </w:p>
    <w:tbl>
      <w:tblPr>
        <w:tblStyle w:val="TableGrid"/>
        <w:tblW w:w="0" w:type="auto"/>
        <w:jc w:val="center"/>
        <w:tblLook w:val="04A0" w:firstRow="1" w:lastRow="0" w:firstColumn="1" w:lastColumn="0" w:noHBand="0" w:noVBand="1"/>
      </w:tblPr>
      <w:tblGrid>
        <w:gridCol w:w="3408"/>
        <w:gridCol w:w="3408"/>
        <w:gridCol w:w="3408"/>
      </w:tblGrid>
      <w:tr w:rsidR="00D531EF" w14:paraId="53C658F9" w14:textId="77777777">
        <w:trPr>
          <w:jc w:val="center"/>
        </w:trPr>
        <w:tc>
          <w:tcPr>
            <w:tcW w:w="3408" w:type="dxa"/>
            <w:shd w:val="clear" w:color="auto" w:fill="D9EAF7"/>
            <w:vAlign w:val="center"/>
          </w:tcPr>
          <w:p w14:paraId="5B3AB7A7" w14:textId="77777777" w:rsidR="00D531EF" w:rsidRDefault="00000000">
            <w:r>
              <w:rPr>
                <w:b/>
                <w:sz w:val="19"/>
              </w:rPr>
              <w:t>id</w:t>
            </w:r>
          </w:p>
        </w:tc>
        <w:tc>
          <w:tcPr>
            <w:tcW w:w="3408" w:type="dxa"/>
            <w:shd w:val="clear" w:color="auto" w:fill="D9EAF7"/>
            <w:vAlign w:val="center"/>
          </w:tcPr>
          <w:p w14:paraId="76A4580F" w14:textId="77777777" w:rsidR="00D531EF" w:rsidRDefault="00000000">
            <w:r>
              <w:rPr>
                <w:b/>
                <w:sz w:val="19"/>
              </w:rPr>
              <w:t>master_type</w:t>
            </w:r>
          </w:p>
        </w:tc>
        <w:tc>
          <w:tcPr>
            <w:tcW w:w="3408" w:type="dxa"/>
            <w:shd w:val="clear" w:color="auto" w:fill="D9EAF7"/>
            <w:vAlign w:val="center"/>
          </w:tcPr>
          <w:p w14:paraId="19D321DA" w14:textId="77777777" w:rsidR="00D531EF" w:rsidRDefault="00000000">
            <w:r>
              <w:rPr>
                <w:b/>
                <w:sz w:val="19"/>
              </w:rPr>
              <w:t>constraint_type</w:t>
            </w:r>
          </w:p>
        </w:tc>
      </w:tr>
      <w:tr w:rsidR="00D531EF" w14:paraId="510BF0B5" w14:textId="77777777">
        <w:trPr>
          <w:jc w:val="center"/>
        </w:trPr>
        <w:tc>
          <w:tcPr>
            <w:tcW w:w="3408" w:type="dxa"/>
            <w:vAlign w:val="center"/>
          </w:tcPr>
          <w:p w14:paraId="7B502BCF" w14:textId="77777777" w:rsidR="00D531EF" w:rsidRDefault="00000000">
            <w:r>
              <w:rPr>
                <w:sz w:val="19"/>
              </w:rPr>
              <w:t>1</w:t>
            </w:r>
          </w:p>
        </w:tc>
        <w:tc>
          <w:tcPr>
            <w:tcW w:w="3408" w:type="dxa"/>
            <w:vAlign w:val="center"/>
          </w:tcPr>
          <w:p w14:paraId="4DAD9EDB" w14:textId="77777777" w:rsidR="00D531EF" w:rsidRDefault="00000000">
            <w:r>
              <w:rPr>
                <w:sz w:val="19"/>
              </w:rPr>
              <w:t>Resource</w:t>
            </w:r>
          </w:p>
        </w:tc>
        <w:tc>
          <w:tcPr>
            <w:tcW w:w="3408" w:type="dxa"/>
            <w:vAlign w:val="center"/>
          </w:tcPr>
          <w:p w14:paraId="18B41EBD" w14:textId="77777777" w:rsidR="00D531EF" w:rsidRDefault="00000000">
            <w:r>
              <w:rPr>
                <w:sz w:val="19"/>
              </w:rPr>
              <w:t>Availability</w:t>
            </w:r>
          </w:p>
        </w:tc>
      </w:tr>
      <w:tr w:rsidR="00D531EF" w14:paraId="09457DC9" w14:textId="77777777">
        <w:trPr>
          <w:jc w:val="center"/>
        </w:trPr>
        <w:tc>
          <w:tcPr>
            <w:tcW w:w="3408" w:type="dxa"/>
            <w:vAlign w:val="center"/>
          </w:tcPr>
          <w:p w14:paraId="521E247F" w14:textId="77777777" w:rsidR="00D531EF" w:rsidRDefault="00000000">
            <w:r>
              <w:rPr>
                <w:sz w:val="19"/>
              </w:rPr>
              <w:t>2</w:t>
            </w:r>
          </w:p>
        </w:tc>
        <w:tc>
          <w:tcPr>
            <w:tcW w:w="3408" w:type="dxa"/>
            <w:vAlign w:val="center"/>
          </w:tcPr>
          <w:p w14:paraId="696B06AF" w14:textId="77777777" w:rsidR="00D531EF" w:rsidRDefault="00000000">
            <w:r>
              <w:rPr>
                <w:sz w:val="19"/>
              </w:rPr>
              <w:t>Resource</w:t>
            </w:r>
          </w:p>
        </w:tc>
        <w:tc>
          <w:tcPr>
            <w:tcW w:w="3408" w:type="dxa"/>
            <w:vAlign w:val="center"/>
          </w:tcPr>
          <w:p w14:paraId="49EC4CA7" w14:textId="77777777" w:rsidR="00D531EF" w:rsidRDefault="00000000">
            <w:r>
              <w:rPr>
                <w:sz w:val="19"/>
              </w:rPr>
              <w:t>Unavailability</w:t>
            </w:r>
          </w:p>
        </w:tc>
      </w:tr>
      <w:tr w:rsidR="00D531EF" w14:paraId="1915901B" w14:textId="77777777">
        <w:trPr>
          <w:jc w:val="center"/>
        </w:trPr>
        <w:tc>
          <w:tcPr>
            <w:tcW w:w="3408" w:type="dxa"/>
            <w:vAlign w:val="center"/>
          </w:tcPr>
          <w:p w14:paraId="49F736B3" w14:textId="77777777" w:rsidR="00D531EF" w:rsidRDefault="00000000">
            <w:r>
              <w:rPr>
                <w:sz w:val="19"/>
              </w:rPr>
              <w:t>3</w:t>
            </w:r>
          </w:p>
        </w:tc>
        <w:tc>
          <w:tcPr>
            <w:tcW w:w="3408" w:type="dxa"/>
            <w:vAlign w:val="center"/>
          </w:tcPr>
          <w:p w14:paraId="2BFA5116" w14:textId="77777777" w:rsidR="00D531EF" w:rsidRDefault="00000000">
            <w:r>
              <w:rPr>
                <w:sz w:val="19"/>
              </w:rPr>
              <w:t>Team</w:t>
            </w:r>
          </w:p>
        </w:tc>
        <w:tc>
          <w:tcPr>
            <w:tcW w:w="3408" w:type="dxa"/>
            <w:vAlign w:val="center"/>
          </w:tcPr>
          <w:p w14:paraId="3D058D96" w14:textId="77777777" w:rsidR="00D531EF" w:rsidRDefault="00000000">
            <w:r>
              <w:rPr>
                <w:sz w:val="19"/>
              </w:rPr>
              <w:t>Availability</w:t>
            </w:r>
          </w:p>
        </w:tc>
      </w:tr>
      <w:tr w:rsidR="00D531EF" w14:paraId="092EC491" w14:textId="77777777">
        <w:trPr>
          <w:jc w:val="center"/>
        </w:trPr>
        <w:tc>
          <w:tcPr>
            <w:tcW w:w="3408" w:type="dxa"/>
            <w:vAlign w:val="center"/>
          </w:tcPr>
          <w:p w14:paraId="6B4622C3" w14:textId="77777777" w:rsidR="00D531EF" w:rsidRDefault="00000000">
            <w:r>
              <w:rPr>
                <w:sz w:val="19"/>
              </w:rPr>
              <w:t>4</w:t>
            </w:r>
          </w:p>
        </w:tc>
        <w:tc>
          <w:tcPr>
            <w:tcW w:w="3408" w:type="dxa"/>
            <w:vAlign w:val="center"/>
          </w:tcPr>
          <w:p w14:paraId="7CB09390" w14:textId="77777777" w:rsidR="00D531EF" w:rsidRDefault="00000000">
            <w:r>
              <w:rPr>
                <w:sz w:val="19"/>
              </w:rPr>
              <w:t>Team</w:t>
            </w:r>
          </w:p>
        </w:tc>
        <w:tc>
          <w:tcPr>
            <w:tcW w:w="3408" w:type="dxa"/>
            <w:vAlign w:val="center"/>
          </w:tcPr>
          <w:p w14:paraId="1D19FDEA" w14:textId="77777777" w:rsidR="00D531EF" w:rsidRDefault="00000000">
            <w:r>
              <w:rPr>
                <w:sz w:val="19"/>
              </w:rPr>
              <w:t>Max Games Per Day</w:t>
            </w:r>
          </w:p>
        </w:tc>
      </w:tr>
      <w:tr w:rsidR="00D531EF" w14:paraId="6E3FF295" w14:textId="77777777">
        <w:trPr>
          <w:jc w:val="center"/>
        </w:trPr>
        <w:tc>
          <w:tcPr>
            <w:tcW w:w="3408" w:type="dxa"/>
            <w:vAlign w:val="center"/>
          </w:tcPr>
          <w:p w14:paraId="623797E2" w14:textId="77777777" w:rsidR="00D531EF" w:rsidRDefault="00000000">
            <w:r>
              <w:rPr>
                <w:sz w:val="19"/>
              </w:rPr>
              <w:t>5</w:t>
            </w:r>
          </w:p>
        </w:tc>
        <w:tc>
          <w:tcPr>
            <w:tcW w:w="3408" w:type="dxa"/>
            <w:vAlign w:val="center"/>
          </w:tcPr>
          <w:p w14:paraId="09CAB590" w14:textId="77777777" w:rsidR="00D531EF" w:rsidRDefault="00000000">
            <w:r>
              <w:rPr>
                <w:sz w:val="19"/>
              </w:rPr>
              <w:t>Official</w:t>
            </w:r>
          </w:p>
        </w:tc>
        <w:tc>
          <w:tcPr>
            <w:tcW w:w="3408" w:type="dxa"/>
            <w:vAlign w:val="center"/>
          </w:tcPr>
          <w:p w14:paraId="40A3FD79" w14:textId="77777777" w:rsidR="00D531EF" w:rsidRDefault="00000000">
            <w:r>
              <w:rPr>
                <w:sz w:val="19"/>
              </w:rPr>
              <w:t>Availability</w:t>
            </w:r>
          </w:p>
        </w:tc>
      </w:tr>
      <w:tr w:rsidR="00D531EF" w14:paraId="1733CCED" w14:textId="77777777">
        <w:trPr>
          <w:jc w:val="center"/>
        </w:trPr>
        <w:tc>
          <w:tcPr>
            <w:tcW w:w="3408" w:type="dxa"/>
            <w:vAlign w:val="center"/>
          </w:tcPr>
          <w:p w14:paraId="264A1FFD" w14:textId="77777777" w:rsidR="00D531EF" w:rsidRDefault="00000000">
            <w:r>
              <w:rPr>
                <w:sz w:val="19"/>
              </w:rPr>
              <w:t>6</w:t>
            </w:r>
          </w:p>
        </w:tc>
        <w:tc>
          <w:tcPr>
            <w:tcW w:w="3408" w:type="dxa"/>
            <w:vAlign w:val="center"/>
          </w:tcPr>
          <w:p w14:paraId="04B9E915" w14:textId="77777777" w:rsidR="00D531EF" w:rsidRDefault="00000000">
            <w:r>
              <w:rPr>
                <w:sz w:val="19"/>
              </w:rPr>
              <w:t>Official</w:t>
            </w:r>
          </w:p>
        </w:tc>
        <w:tc>
          <w:tcPr>
            <w:tcW w:w="3408" w:type="dxa"/>
            <w:vAlign w:val="center"/>
          </w:tcPr>
          <w:p w14:paraId="6B2F78A2" w14:textId="77777777" w:rsidR="00D531EF" w:rsidRDefault="00000000">
            <w:r>
              <w:rPr>
                <w:sz w:val="19"/>
              </w:rPr>
              <w:t>Max Games Per Day</w:t>
            </w:r>
          </w:p>
        </w:tc>
      </w:tr>
      <w:tr w:rsidR="00D531EF" w14:paraId="686CC408" w14:textId="77777777">
        <w:trPr>
          <w:jc w:val="center"/>
        </w:trPr>
        <w:tc>
          <w:tcPr>
            <w:tcW w:w="3408" w:type="dxa"/>
            <w:vAlign w:val="center"/>
          </w:tcPr>
          <w:p w14:paraId="39494D21" w14:textId="77777777" w:rsidR="00D531EF" w:rsidRDefault="00000000">
            <w:r>
              <w:rPr>
                <w:sz w:val="19"/>
              </w:rPr>
              <w:t>7</w:t>
            </w:r>
          </w:p>
        </w:tc>
        <w:tc>
          <w:tcPr>
            <w:tcW w:w="3408" w:type="dxa"/>
            <w:vAlign w:val="center"/>
          </w:tcPr>
          <w:p w14:paraId="4C20CB32" w14:textId="77777777" w:rsidR="00D531EF" w:rsidRDefault="00000000">
            <w:r>
              <w:rPr>
                <w:sz w:val="19"/>
              </w:rPr>
              <w:t>Official</w:t>
            </w:r>
          </w:p>
        </w:tc>
        <w:tc>
          <w:tcPr>
            <w:tcW w:w="3408" w:type="dxa"/>
            <w:vAlign w:val="center"/>
          </w:tcPr>
          <w:p w14:paraId="21201FB2" w14:textId="77777777" w:rsidR="00D531EF" w:rsidRDefault="00000000">
            <w:r>
              <w:rPr>
                <w:sz w:val="19"/>
              </w:rPr>
              <w:t>Minimum Rest</w:t>
            </w:r>
          </w:p>
        </w:tc>
      </w:tr>
    </w:tbl>
    <w:p w14:paraId="2FA954FA" w14:textId="77777777" w:rsidR="00D531EF" w:rsidRDefault="00D531EF"/>
    <w:p w14:paraId="0E2DCE25" w14:textId="77777777" w:rsidR="00D531EF" w:rsidRDefault="00000000">
      <w:pPr>
        <w:spacing w:after="140"/>
        <w:ind w:left="360"/>
      </w:pPr>
      <w:r>
        <w:rPr>
          <w:rFonts w:ascii="Courier New" w:hAnsi="Courier New"/>
          <w:sz w:val="18"/>
        </w:rPr>
        <w:t>RESOURCE</w:t>
      </w:r>
      <w:r>
        <w:rPr>
          <w:rFonts w:ascii="Courier New" w:hAnsi="Courier New"/>
          <w:sz w:val="18"/>
        </w:rPr>
        <w:br/>
        <w:t xml:space="preserve">   ├── Availability</w:t>
      </w:r>
      <w:r>
        <w:rPr>
          <w:rFonts w:ascii="Courier New" w:hAnsi="Courier New"/>
          <w:sz w:val="18"/>
        </w:rPr>
        <w:br/>
        <w:t xml:space="preserve">   └── Unavailability</w:t>
      </w:r>
      <w:r>
        <w:rPr>
          <w:rFonts w:ascii="Courier New" w:hAnsi="Courier New"/>
          <w:sz w:val="18"/>
        </w:rPr>
        <w:br/>
      </w:r>
      <w:r>
        <w:rPr>
          <w:rFonts w:ascii="Courier New" w:hAnsi="Courier New"/>
          <w:sz w:val="18"/>
        </w:rPr>
        <w:br/>
        <w:t>TEAM</w:t>
      </w:r>
      <w:r>
        <w:rPr>
          <w:rFonts w:ascii="Courier New" w:hAnsi="Courier New"/>
          <w:sz w:val="18"/>
        </w:rPr>
        <w:br/>
        <w:t xml:space="preserve">   ├── Availability</w:t>
      </w:r>
      <w:r>
        <w:rPr>
          <w:rFonts w:ascii="Courier New" w:hAnsi="Courier New"/>
          <w:sz w:val="18"/>
        </w:rPr>
        <w:br/>
        <w:t xml:space="preserve">   └── Max Games Per Day</w:t>
      </w:r>
      <w:r>
        <w:rPr>
          <w:rFonts w:ascii="Courier New" w:hAnsi="Courier New"/>
          <w:sz w:val="18"/>
        </w:rPr>
        <w:br/>
      </w:r>
      <w:r>
        <w:rPr>
          <w:rFonts w:ascii="Courier New" w:hAnsi="Courier New"/>
          <w:sz w:val="18"/>
        </w:rPr>
        <w:br/>
      </w:r>
      <w:r>
        <w:rPr>
          <w:rFonts w:ascii="Courier New" w:hAnsi="Courier New"/>
          <w:sz w:val="18"/>
        </w:rPr>
        <w:lastRenderedPageBreak/>
        <w:t>OFFICIAL</w:t>
      </w:r>
      <w:r>
        <w:rPr>
          <w:rFonts w:ascii="Courier New" w:hAnsi="Courier New"/>
          <w:sz w:val="18"/>
        </w:rPr>
        <w:br/>
        <w:t xml:space="preserve">   ├── Availability</w:t>
      </w:r>
      <w:r>
        <w:rPr>
          <w:rFonts w:ascii="Courier New" w:hAnsi="Courier New"/>
          <w:sz w:val="18"/>
        </w:rPr>
        <w:br/>
        <w:t xml:space="preserve">   ├── Max Games Per Day</w:t>
      </w:r>
      <w:r>
        <w:rPr>
          <w:rFonts w:ascii="Courier New" w:hAnsi="Courier New"/>
          <w:sz w:val="18"/>
        </w:rPr>
        <w:br/>
        <w:t xml:space="preserve">   └── Minimum Rest</w:t>
      </w:r>
    </w:p>
    <w:p w14:paraId="0E4A1452" w14:textId="77777777" w:rsidR="00D531EF" w:rsidRDefault="00000000">
      <w:pPr>
        <w:pStyle w:val="Heading2"/>
      </w:pPr>
      <w:r>
        <w:t>6.4 scheduler_constraints</w:t>
      </w:r>
    </w:p>
    <w:p w14:paraId="4AFA4E14" w14:textId="77777777" w:rsidR="00D531EF" w:rsidRDefault="00000000">
      <w:r>
        <w:t>This table assigns a particular rule to a particular existing record.</w:t>
      </w:r>
    </w:p>
    <w:tbl>
      <w:tblPr>
        <w:tblStyle w:val="TableGrid"/>
        <w:tblW w:w="0" w:type="auto"/>
        <w:jc w:val="center"/>
        <w:tblLook w:val="04A0" w:firstRow="1" w:lastRow="0" w:firstColumn="1" w:lastColumn="0" w:noHBand="0" w:noVBand="1"/>
      </w:tblPr>
      <w:tblGrid>
        <w:gridCol w:w="2556"/>
        <w:gridCol w:w="2556"/>
        <w:gridCol w:w="2556"/>
        <w:gridCol w:w="2556"/>
      </w:tblGrid>
      <w:tr w:rsidR="00D531EF" w14:paraId="0B7F021D" w14:textId="77777777">
        <w:trPr>
          <w:jc w:val="center"/>
        </w:trPr>
        <w:tc>
          <w:tcPr>
            <w:tcW w:w="2556" w:type="dxa"/>
            <w:shd w:val="clear" w:color="auto" w:fill="D9EAF7"/>
            <w:vAlign w:val="center"/>
          </w:tcPr>
          <w:p w14:paraId="7F922942" w14:textId="77777777" w:rsidR="00D531EF" w:rsidRDefault="00000000">
            <w:r>
              <w:rPr>
                <w:b/>
                <w:sz w:val="19"/>
              </w:rPr>
              <w:t>id</w:t>
            </w:r>
          </w:p>
        </w:tc>
        <w:tc>
          <w:tcPr>
            <w:tcW w:w="2556" w:type="dxa"/>
            <w:shd w:val="clear" w:color="auto" w:fill="D9EAF7"/>
            <w:vAlign w:val="center"/>
          </w:tcPr>
          <w:p w14:paraId="2545BA92" w14:textId="77777777" w:rsidR="00D531EF" w:rsidRDefault="00000000">
            <w:r>
              <w:rPr>
                <w:b/>
                <w:sz w:val="19"/>
              </w:rPr>
              <w:t>master_type</w:t>
            </w:r>
          </w:p>
        </w:tc>
        <w:tc>
          <w:tcPr>
            <w:tcW w:w="2556" w:type="dxa"/>
            <w:shd w:val="clear" w:color="auto" w:fill="D9EAF7"/>
            <w:vAlign w:val="center"/>
          </w:tcPr>
          <w:p w14:paraId="7F133499" w14:textId="77777777" w:rsidR="00D531EF" w:rsidRDefault="00000000">
            <w:r>
              <w:rPr>
                <w:b/>
                <w:sz w:val="19"/>
              </w:rPr>
              <w:t>master_record_id</w:t>
            </w:r>
          </w:p>
        </w:tc>
        <w:tc>
          <w:tcPr>
            <w:tcW w:w="2556" w:type="dxa"/>
            <w:shd w:val="clear" w:color="auto" w:fill="D9EAF7"/>
            <w:vAlign w:val="center"/>
          </w:tcPr>
          <w:p w14:paraId="1ED5CF50" w14:textId="77777777" w:rsidR="00D531EF" w:rsidRDefault="00000000">
            <w:r>
              <w:rPr>
                <w:b/>
                <w:sz w:val="19"/>
              </w:rPr>
              <w:t>constraint</w:t>
            </w:r>
          </w:p>
        </w:tc>
      </w:tr>
      <w:tr w:rsidR="00D531EF" w14:paraId="45B495AA" w14:textId="77777777">
        <w:trPr>
          <w:jc w:val="center"/>
        </w:trPr>
        <w:tc>
          <w:tcPr>
            <w:tcW w:w="2556" w:type="dxa"/>
            <w:vAlign w:val="center"/>
          </w:tcPr>
          <w:p w14:paraId="2280C20B" w14:textId="77777777" w:rsidR="00D531EF" w:rsidRDefault="00000000">
            <w:r>
              <w:rPr>
                <w:sz w:val="19"/>
              </w:rPr>
              <w:t>1001</w:t>
            </w:r>
          </w:p>
        </w:tc>
        <w:tc>
          <w:tcPr>
            <w:tcW w:w="2556" w:type="dxa"/>
            <w:vAlign w:val="center"/>
          </w:tcPr>
          <w:p w14:paraId="40A0D99E" w14:textId="77777777" w:rsidR="00D531EF" w:rsidRDefault="00000000">
            <w:r>
              <w:rPr>
                <w:sz w:val="19"/>
              </w:rPr>
              <w:t>Resource</w:t>
            </w:r>
          </w:p>
        </w:tc>
        <w:tc>
          <w:tcPr>
            <w:tcW w:w="2556" w:type="dxa"/>
            <w:vAlign w:val="center"/>
          </w:tcPr>
          <w:p w14:paraId="75C95005" w14:textId="77777777" w:rsidR="00D531EF" w:rsidRDefault="00000000">
            <w:r>
              <w:rPr>
                <w:sz w:val="19"/>
              </w:rPr>
              <w:t>1</w:t>
            </w:r>
          </w:p>
        </w:tc>
        <w:tc>
          <w:tcPr>
            <w:tcW w:w="2556" w:type="dxa"/>
            <w:vAlign w:val="center"/>
          </w:tcPr>
          <w:p w14:paraId="470FD6E9" w14:textId="77777777" w:rsidR="00D531EF" w:rsidRDefault="00000000">
            <w:r>
              <w:rPr>
                <w:sz w:val="19"/>
              </w:rPr>
              <w:t>Availability</w:t>
            </w:r>
          </w:p>
        </w:tc>
      </w:tr>
      <w:tr w:rsidR="00D531EF" w14:paraId="07D6B9DB" w14:textId="77777777">
        <w:trPr>
          <w:jc w:val="center"/>
        </w:trPr>
        <w:tc>
          <w:tcPr>
            <w:tcW w:w="2556" w:type="dxa"/>
            <w:vAlign w:val="center"/>
          </w:tcPr>
          <w:p w14:paraId="3BDE7F9D" w14:textId="77777777" w:rsidR="00D531EF" w:rsidRDefault="00000000">
            <w:r>
              <w:rPr>
                <w:sz w:val="19"/>
              </w:rPr>
              <w:t>1002</w:t>
            </w:r>
          </w:p>
        </w:tc>
        <w:tc>
          <w:tcPr>
            <w:tcW w:w="2556" w:type="dxa"/>
            <w:vAlign w:val="center"/>
          </w:tcPr>
          <w:p w14:paraId="61D2703E" w14:textId="77777777" w:rsidR="00D531EF" w:rsidRDefault="00000000">
            <w:r>
              <w:rPr>
                <w:sz w:val="19"/>
              </w:rPr>
              <w:t>Team</w:t>
            </w:r>
          </w:p>
        </w:tc>
        <w:tc>
          <w:tcPr>
            <w:tcW w:w="2556" w:type="dxa"/>
            <w:vAlign w:val="center"/>
          </w:tcPr>
          <w:p w14:paraId="6128DBEE" w14:textId="77777777" w:rsidR="00D531EF" w:rsidRDefault="00000000">
            <w:r>
              <w:rPr>
                <w:sz w:val="19"/>
              </w:rPr>
              <w:t>11</w:t>
            </w:r>
          </w:p>
        </w:tc>
        <w:tc>
          <w:tcPr>
            <w:tcW w:w="2556" w:type="dxa"/>
            <w:vAlign w:val="center"/>
          </w:tcPr>
          <w:p w14:paraId="778A1864" w14:textId="77777777" w:rsidR="00D531EF" w:rsidRDefault="00000000">
            <w:r>
              <w:rPr>
                <w:sz w:val="19"/>
              </w:rPr>
              <w:t>Max Games Per Day</w:t>
            </w:r>
          </w:p>
        </w:tc>
      </w:tr>
      <w:tr w:rsidR="00D531EF" w14:paraId="29C613E1" w14:textId="77777777">
        <w:trPr>
          <w:jc w:val="center"/>
        </w:trPr>
        <w:tc>
          <w:tcPr>
            <w:tcW w:w="2556" w:type="dxa"/>
            <w:vAlign w:val="center"/>
          </w:tcPr>
          <w:p w14:paraId="53A4AE0C" w14:textId="77777777" w:rsidR="00D531EF" w:rsidRDefault="00000000">
            <w:r>
              <w:rPr>
                <w:sz w:val="19"/>
              </w:rPr>
              <w:t>1003</w:t>
            </w:r>
          </w:p>
        </w:tc>
        <w:tc>
          <w:tcPr>
            <w:tcW w:w="2556" w:type="dxa"/>
            <w:vAlign w:val="center"/>
          </w:tcPr>
          <w:p w14:paraId="6FB5D1A2" w14:textId="77777777" w:rsidR="00D531EF" w:rsidRDefault="00000000">
            <w:r>
              <w:rPr>
                <w:sz w:val="19"/>
              </w:rPr>
              <w:t>Official</w:t>
            </w:r>
          </w:p>
        </w:tc>
        <w:tc>
          <w:tcPr>
            <w:tcW w:w="2556" w:type="dxa"/>
            <w:vAlign w:val="center"/>
          </w:tcPr>
          <w:p w14:paraId="2D381470" w14:textId="77777777" w:rsidR="00D531EF" w:rsidRDefault="00000000">
            <w:r>
              <w:rPr>
                <w:sz w:val="19"/>
              </w:rPr>
              <w:t>21</w:t>
            </w:r>
          </w:p>
        </w:tc>
        <w:tc>
          <w:tcPr>
            <w:tcW w:w="2556" w:type="dxa"/>
            <w:vAlign w:val="center"/>
          </w:tcPr>
          <w:p w14:paraId="5B74C568" w14:textId="77777777" w:rsidR="00D531EF" w:rsidRDefault="00000000">
            <w:r>
              <w:rPr>
                <w:sz w:val="19"/>
              </w:rPr>
              <w:t>Availability</w:t>
            </w:r>
          </w:p>
        </w:tc>
      </w:tr>
      <w:tr w:rsidR="00D531EF" w14:paraId="6BDA7728" w14:textId="77777777">
        <w:trPr>
          <w:jc w:val="center"/>
        </w:trPr>
        <w:tc>
          <w:tcPr>
            <w:tcW w:w="2556" w:type="dxa"/>
            <w:vAlign w:val="center"/>
          </w:tcPr>
          <w:p w14:paraId="2EF56433" w14:textId="77777777" w:rsidR="00D531EF" w:rsidRDefault="00000000">
            <w:r>
              <w:rPr>
                <w:sz w:val="19"/>
              </w:rPr>
              <w:t>1004</w:t>
            </w:r>
          </w:p>
        </w:tc>
        <w:tc>
          <w:tcPr>
            <w:tcW w:w="2556" w:type="dxa"/>
            <w:vAlign w:val="center"/>
          </w:tcPr>
          <w:p w14:paraId="1711BA9E" w14:textId="77777777" w:rsidR="00D531EF" w:rsidRDefault="00000000">
            <w:r>
              <w:rPr>
                <w:sz w:val="19"/>
              </w:rPr>
              <w:t>Official</w:t>
            </w:r>
          </w:p>
        </w:tc>
        <w:tc>
          <w:tcPr>
            <w:tcW w:w="2556" w:type="dxa"/>
            <w:vAlign w:val="center"/>
          </w:tcPr>
          <w:p w14:paraId="1E30FAD2" w14:textId="77777777" w:rsidR="00D531EF" w:rsidRDefault="00000000">
            <w:r>
              <w:rPr>
                <w:sz w:val="19"/>
              </w:rPr>
              <w:t>21</w:t>
            </w:r>
          </w:p>
        </w:tc>
        <w:tc>
          <w:tcPr>
            <w:tcW w:w="2556" w:type="dxa"/>
            <w:vAlign w:val="center"/>
          </w:tcPr>
          <w:p w14:paraId="5812FF56" w14:textId="77777777" w:rsidR="00D531EF" w:rsidRDefault="00000000">
            <w:r>
              <w:rPr>
                <w:sz w:val="19"/>
              </w:rPr>
              <w:t>Minimum Rest</w:t>
            </w:r>
          </w:p>
        </w:tc>
      </w:tr>
    </w:tbl>
    <w:p w14:paraId="371A2F78" w14:textId="77777777" w:rsidR="00D531EF" w:rsidRDefault="00D531EF"/>
    <w:p w14:paraId="029BE4D7" w14:textId="77777777" w:rsidR="00D531EF" w:rsidRDefault="00000000">
      <w:pPr>
        <w:spacing w:after="140"/>
        <w:ind w:left="360"/>
      </w:pPr>
      <w:r>
        <w:rPr>
          <w:rFonts w:ascii="Courier New" w:hAnsi="Courier New"/>
          <w:sz w:val="18"/>
        </w:rPr>
        <w:t>Constraint 1001</w:t>
      </w:r>
      <w:r>
        <w:rPr>
          <w:rFonts w:ascii="Courier New" w:hAnsi="Courier New"/>
          <w:sz w:val="18"/>
        </w:rPr>
        <w:br/>
        <w:t xml:space="preserve">      │</w:t>
      </w:r>
      <w:r>
        <w:rPr>
          <w:rFonts w:ascii="Courier New" w:hAnsi="Courier New"/>
          <w:sz w:val="18"/>
        </w:rPr>
        <w:br/>
        <w:t xml:space="preserve">      ├── Object Type: Resource</w:t>
      </w:r>
      <w:r>
        <w:rPr>
          <w:rFonts w:ascii="Courier New" w:hAnsi="Courier New"/>
          <w:sz w:val="18"/>
        </w:rPr>
        <w:br/>
        <w:t xml:space="preserve">      ├── Existing Record ID: 1</w:t>
      </w:r>
      <w:r>
        <w:rPr>
          <w:rFonts w:ascii="Courier New" w:hAnsi="Courier New"/>
          <w:sz w:val="18"/>
        </w:rPr>
        <w:br/>
        <w:t xml:space="preserve">      └── Rule: Availability</w:t>
      </w:r>
      <w:r>
        <w:rPr>
          <w:rFonts w:ascii="Courier New" w:hAnsi="Courier New"/>
          <w:sz w:val="18"/>
        </w:rPr>
        <w:br/>
        <w:t xml:space="preserve">              │</w:t>
      </w:r>
      <w:r>
        <w:rPr>
          <w:rFonts w:ascii="Courier New" w:hAnsi="Courier New"/>
          <w:sz w:val="18"/>
        </w:rPr>
        <w:br/>
        <w:t xml:space="preserve">              ▼</w:t>
      </w:r>
      <w:r>
        <w:rPr>
          <w:rFonts w:ascii="Courier New" w:hAnsi="Courier New"/>
          <w:sz w:val="18"/>
        </w:rPr>
        <w:br/>
        <w:t xml:space="preserve">           Ground A</w:t>
      </w:r>
    </w:p>
    <w:p w14:paraId="31A6C234" w14:textId="77777777" w:rsidR="00D531EF" w:rsidRDefault="00000000">
      <w:pPr>
        <w:pStyle w:val="Heading2"/>
      </w:pPr>
      <w:r>
        <w:t>6.5 scheduler_constraint_values</w:t>
      </w:r>
    </w:p>
    <w:p w14:paraId="65752446" w14:textId="77777777" w:rsidR="00D531EF" w:rsidRDefault="00000000">
      <w:r>
        <w:t>This table stores the actual value or details of the assigned rule.</w:t>
      </w:r>
    </w:p>
    <w:tbl>
      <w:tblPr>
        <w:tblStyle w:val="TableGrid"/>
        <w:tblW w:w="0" w:type="auto"/>
        <w:jc w:val="center"/>
        <w:tblLook w:val="04A0" w:firstRow="1" w:lastRow="0" w:firstColumn="1" w:lastColumn="0" w:noHBand="0" w:noVBand="1"/>
      </w:tblPr>
      <w:tblGrid>
        <w:gridCol w:w="2556"/>
        <w:gridCol w:w="2556"/>
        <w:gridCol w:w="2556"/>
        <w:gridCol w:w="2556"/>
      </w:tblGrid>
      <w:tr w:rsidR="00D531EF" w14:paraId="0BE9395C" w14:textId="77777777">
        <w:trPr>
          <w:jc w:val="center"/>
        </w:trPr>
        <w:tc>
          <w:tcPr>
            <w:tcW w:w="2556" w:type="dxa"/>
            <w:shd w:val="clear" w:color="auto" w:fill="D9EAF7"/>
            <w:vAlign w:val="center"/>
          </w:tcPr>
          <w:p w14:paraId="59FD8B09" w14:textId="77777777" w:rsidR="00D531EF" w:rsidRDefault="00000000">
            <w:r>
              <w:rPr>
                <w:b/>
                <w:sz w:val="19"/>
              </w:rPr>
              <w:t>id</w:t>
            </w:r>
          </w:p>
        </w:tc>
        <w:tc>
          <w:tcPr>
            <w:tcW w:w="2556" w:type="dxa"/>
            <w:shd w:val="clear" w:color="auto" w:fill="D9EAF7"/>
            <w:vAlign w:val="center"/>
          </w:tcPr>
          <w:p w14:paraId="6ECBD0E7" w14:textId="77777777" w:rsidR="00D531EF" w:rsidRDefault="00000000">
            <w:r>
              <w:rPr>
                <w:b/>
                <w:sz w:val="19"/>
              </w:rPr>
              <w:t>constraint_id</w:t>
            </w:r>
          </w:p>
        </w:tc>
        <w:tc>
          <w:tcPr>
            <w:tcW w:w="2556" w:type="dxa"/>
            <w:shd w:val="clear" w:color="auto" w:fill="D9EAF7"/>
            <w:vAlign w:val="center"/>
          </w:tcPr>
          <w:p w14:paraId="1C1A18B1" w14:textId="77777777" w:rsidR="00D531EF" w:rsidRDefault="00000000">
            <w:r>
              <w:rPr>
                <w:b/>
                <w:sz w:val="19"/>
              </w:rPr>
              <w:t>attribute</w:t>
            </w:r>
          </w:p>
        </w:tc>
        <w:tc>
          <w:tcPr>
            <w:tcW w:w="2556" w:type="dxa"/>
            <w:shd w:val="clear" w:color="auto" w:fill="D9EAF7"/>
            <w:vAlign w:val="center"/>
          </w:tcPr>
          <w:p w14:paraId="303211FF" w14:textId="77777777" w:rsidR="00D531EF" w:rsidRDefault="00000000">
            <w:r>
              <w:rPr>
                <w:b/>
                <w:sz w:val="19"/>
              </w:rPr>
              <w:t>value</w:t>
            </w:r>
          </w:p>
        </w:tc>
      </w:tr>
      <w:tr w:rsidR="00D531EF" w14:paraId="6265F70A" w14:textId="77777777">
        <w:trPr>
          <w:jc w:val="center"/>
        </w:trPr>
        <w:tc>
          <w:tcPr>
            <w:tcW w:w="2556" w:type="dxa"/>
            <w:vAlign w:val="center"/>
          </w:tcPr>
          <w:p w14:paraId="0D4A2A1C" w14:textId="77777777" w:rsidR="00D531EF" w:rsidRDefault="00000000">
            <w:r>
              <w:rPr>
                <w:sz w:val="19"/>
              </w:rPr>
              <w:t>1</w:t>
            </w:r>
          </w:p>
        </w:tc>
        <w:tc>
          <w:tcPr>
            <w:tcW w:w="2556" w:type="dxa"/>
            <w:vAlign w:val="center"/>
          </w:tcPr>
          <w:p w14:paraId="713E23AC" w14:textId="77777777" w:rsidR="00D531EF" w:rsidRDefault="00000000">
            <w:r>
              <w:rPr>
                <w:sz w:val="19"/>
              </w:rPr>
              <w:t>1001</w:t>
            </w:r>
          </w:p>
        </w:tc>
        <w:tc>
          <w:tcPr>
            <w:tcW w:w="2556" w:type="dxa"/>
            <w:vAlign w:val="center"/>
          </w:tcPr>
          <w:p w14:paraId="77EB83D4" w14:textId="77777777" w:rsidR="00D531EF" w:rsidRDefault="00000000">
            <w:r>
              <w:rPr>
                <w:sz w:val="19"/>
              </w:rPr>
              <w:t>day</w:t>
            </w:r>
          </w:p>
        </w:tc>
        <w:tc>
          <w:tcPr>
            <w:tcW w:w="2556" w:type="dxa"/>
            <w:vAlign w:val="center"/>
          </w:tcPr>
          <w:p w14:paraId="212D5015" w14:textId="77777777" w:rsidR="00D531EF" w:rsidRDefault="00000000">
            <w:r>
              <w:rPr>
                <w:sz w:val="19"/>
              </w:rPr>
              <w:t>Sunday</w:t>
            </w:r>
          </w:p>
        </w:tc>
      </w:tr>
      <w:tr w:rsidR="00D531EF" w14:paraId="20D19D7E" w14:textId="77777777">
        <w:trPr>
          <w:jc w:val="center"/>
        </w:trPr>
        <w:tc>
          <w:tcPr>
            <w:tcW w:w="2556" w:type="dxa"/>
            <w:vAlign w:val="center"/>
          </w:tcPr>
          <w:p w14:paraId="7CC32A6C" w14:textId="77777777" w:rsidR="00D531EF" w:rsidRDefault="00000000">
            <w:r>
              <w:rPr>
                <w:sz w:val="19"/>
              </w:rPr>
              <w:t>2</w:t>
            </w:r>
          </w:p>
        </w:tc>
        <w:tc>
          <w:tcPr>
            <w:tcW w:w="2556" w:type="dxa"/>
            <w:vAlign w:val="center"/>
          </w:tcPr>
          <w:p w14:paraId="663F71BC" w14:textId="77777777" w:rsidR="00D531EF" w:rsidRDefault="00000000">
            <w:r>
              <w:rPr>
                <w:sz w:val="19"/>
              </w:rPr>
              <w:t>1001</w:t>
            </w:r>
          </w:p>
        </w:tc>
        <w:tc>
          <w:tcPr>
            <w:tcW w:w="2556" w:type="dxa"/>
            <w:vAlign w:val="center"/>
          </w:tcPr>
          <w:p w14:paraId="2AFB26EB" w14:textId="77777777" w:rsidR="00D531EF" w:rsidRDefault="00000000">
            <w:r>
              <w:rPr>
                <w:sz w:val="19"/>
              </w:rPr>
              <w:t>start_time</w:t>
            </w:r>
          </w:p>
        </w:tc>
        <w:tc>
          <w:tcPr>
            <w:tcW w:w="2556" w:type="dxa"/>
            <w:vAlign w:val="center"/>
          </w:tcPr>
          <w:p w14:paraId="0010D540" w14:textId="77777777" w:rsidR="00D531EF" w:rsidRDefault="00000000">
            <w:r>
              <w:rPr>
                <w:sz w:val="19"/>
              </w:rPr>
              <w:t>08:00</w:t>
            </w:r>
          </w:p>
        </w:tc>
      </w:tr>
      <w:tr w:rsidR="00D531EF" w14:paraId="485BE4E1" w14:textId="77777777">
        <w:trPr>
          <w:jc w:val="center"/>
        </w:trPr>
        <w:tc>
          <w:tcPr>
            <w:tcW w:w="2556" w:type="dxa"/>
            <w:vAlign w:val="center"/>
          </w:tcPr>
          <w:p w14:paraId="2493A8D1" w14:textId="77777777" w:rsidR="00D531EF" w:rsidRDefault="00000000">
            <w:r>
              <w:rPr>
                <w:sz w:val="19"/>
              </w:rPr>
              <w:t>3</w:t>
            </w:r>
          </w:p>
        </w:tc>
        <w:tc>
          <w:tcPr>
            <w:tcW w:w="2556" w:type="dxa"/>
            <w:vAlign w:val="center"/>
          </w:tcPr>
          <w:p w14:paraId="4FC02A53" w14:textId="77777777" w:rsidR="00D531EF" w:rsidRDefault="00000000">
            <w:r>
              <w:rPr>
                <w:sz w:val="19"/>
              </w:rPr>
              <w:t>1001</w:t>
            </w:r>
          </w:p>
        </w:tc>
        <w:tc>
          <w:tcPr>
            <w:tcW w:w="2556" w:type="dxa"/>
            <w:vAlign w:val="center"/>
          </w:tcPr>
          <w:p w14:paraId="1A24882C" w14:textId="77777777" w:rsidR="00D531EF" w:rsidRDefault="00000000">
            <w:r>
              <w:rPr>
                <w:sz w:val="19"/>
              </w:rPr>
              <w:t>end_time</w:t>
            </w:r>
          </w:p>
        </w:tc>
        <w:tc>
          <w:tcPr>
            <w:tcW w:w="2556" w:type="dxa"/>
            <w:vAlign w:val="center"/>
          </w:tcPr>
          <w:p w14:paraId="0688C78B" w14:textId="77777777" w:rsidR="00D531EF" w:rsidRDefault="00000000">
            <w:r>
              <w:rPr>
                <w:sz w:val="19"/>
              </w:rPr>
              <w:t>14:00</w:t>
            </w:r>
          </w:p>
        </w:tc>
      </w:tr>
      <w:tr w:rsidR="00D531EF" w14:paraId="7F039829" w14:textId="77777777">
        <w:trPr>
          <w:jc w:val="center"/>
        </w:trPr>
        <w:tc>
          <w:tcPr>
            <w:tcW w:w="2556" w:type="dxa"/>
            <w:vAlign w:val="center"/>
          </w:tcPr>
          <w:p w14:paraId="08686D39" w14:textId="77777777" w:rsidR="00D531EF" w:rsidRDefault="00000000">
            <w:r>
              <w:rPr>
                <w:sz w:val="19"/>
              </w:rPr>
              <w:t>4</w:t>
            </w:r>
          </w:p>
        </w:tc>
        <w:tc>
          <w:tcPr>
            <w:tcW w:w="2556" w:type="dxa"/>
            <w:vAlign w:val="center"/>
          </w:tcPr>
          <w:p w14:paraId="2932E33F" w14:textId="77777777" w:rsidR="00D531EF" w:rsidRDefault="00000000">
            <w:r>
              <w:rPr>
                <w:sz w:val="19"/>
              </w:rPr>
              <w:t>1002</w:t>
            </w:r>
          </w:p>
        </w:tc>
        <w:tc>
          <w:tcPr>
            <w:tcW w:w="2556" w:type="dxa"/>
            <w:vAlign w:val="center"/>
          </w:tcPr>
          <w:p w14:paraId="2044C2ED" w14:textId="77777777" w:rsidR="00D531EF" w:rsidRDefault="00000000">
            <w:r>
              <w:rPr>
                <w:sz w:val="19"/>
              </w:rPr>
              <w:t>max_games</w:t>
            </w:r>
          </w:p>
        </w:tc>
        <w:tc>
          <w:tcPr>
            <w:tcW w:w="2556" w:type="dxa"/>
            <w:vAlign w:val="center"/>
          </w:tcPr>
          <w:p w14:paraId="08F6CC2D" w14:textId="77777777" w:rsidR="00D531EF" w:rsidRDefault="00000000">
            <w:r>
              <w:rPr>
                <w:sz w:val="19"/>
              </w:rPr>
              <w:t>2</w:t>
            </w:r>
          </w:p>
        </w:tc>
      </w:tr>
      <w:tr w:rsidR="00D531EF" w14:paraId="0F574670" w14:textId="77777777">
        <w:trPr>
          <w:jc w:val="center"/>
        </w:trPr>
        <w:tc>
          <w:tcPr>
            <w:tcW w:w="2556" w:type="dxa"/>
            <w:vAlign w:val="center"/>
          </w:tcPr>
          <w:p w14:paraId="47F1577A" w14:textId="77777777" w:rsidR="00D531EF" w:rsidRDefault="00000000">
            <w:r>
              <w:rPr>
                <w:sz w:val="19"/>
              </w:rPr>
              <w:t>5</w:t>
            </w:r>
          </w:p>
        </w:tc>
        <w:tc>
          <w:tcPr>
            <w:tcW w:w="2556" w:type="dxa"/>
            <w:vAlign w:val="center"/>
          </w:tcPr>
          <w:p w14:paraId="10B5C375" w14:textId="77777777" w:rsidR="00D531EF" w:rsidRDefault="00000000">
            <w:r>
              <w:rPr>
                <w:sz w:val="19"/>
              </w:rPr>
              <w:t>1003</w:t>
            </w:r>
          </w:p>
        </w:tc>
        <w:tc>
          <w:tcPr>
            <w:tcW w:w="2556" w:type="dxa"/>
            <w:vAlign w:val="center"/>
          </w:tcPr>
          <w:p w14:paraId="281814B4" w14:textId="77777777" w:rsidR="00D531EF" w:rsidRDefault="00000000">
            <w:r>
              <w:rPr>
                <w:sz w:val="19"/>
              </w:rPr>
              <w:t>day</w:t>
            </w:r>
          </w:p>
        </w:tc>
        <w:tc>
          <w:tcPr>
            <w:tcW w:w="2556" w:type="dxa"/>
            <w:vAlign w:val="center"/>
          </w:tcPr>
          <w:p w14:paraId="3EDF15E2" w14:textId="77777777" w:rsidR="00D531EF" w:rsidRDefault="00000000">
            <w:r>
              <w:rPr>
                <w:sz w:val="19"/>
              </w:rPr>
              <w:t>Sunday</w:t>
            </w:r>
          </w:p>
        </w:tc>
      </w:tr>
      <w:tr w:rsidR="00D531EF" w14:paraId="00ADBA3B" w14:textId="77777777">
        <w:trPr>
          <w:jc w:val="center"/>
        </w:trPr>
        <w:tc>
          <w:tcPr>
            <w:tcW w:w="2556" w:type="dxa"/>
            <w:vAlign w:val="center"/>
          </w:tcPr>
          <w:p w14:paraId="2235E72B" w14:textId="77777777" w:rsidR="00D531EF" w:rsidRDefault="00000000">
            <w:r>
              <w:rPr>
                <w:sz w:val="19"/>
              </w:rPr>
              <w:t>6</w:t>
            </w:r>
          </w:p>
        </w:tc>
        <w:tc>
          <w:tcPr>
            <w:tcW w:w="2556" w:type="dxa"/>
            <w:vAlign w:val="center"/>
          </w:tcPr>
          <w:p w14:paraId="08F2241B" w14:textId="77777777" w:rsidR="00D531EF" w:rsidRDefault="00000000">
            <w:r>
              <w:rPr>
                <w:sz w:val="19"/>
              </w:rPr>
              <w:t>1003</w:t>
            </w:r>
          </w:p>
        </w:tc>
        <w:tc>
          <w:tcPr>
            <w:tcW w:w="2556" w:type="dxa"/>
            <w:vAlign w:val="center"/>
          </w:tcPr>
          <w:p w14:paraId="4C5FDE39" w14:textId="77777777" w:rsidR="00D531EF" w:rsidRDefault="00000000">
            <w:r>
              <w:rPr>
                <w:sz w:val="19"/>
              </w:rPr>
              <w:t>start_time</w:t>
            </w:r>
          </w:p>
        </w:tc>
        <w:tc>
          <w:tcPr>
            <w:tcW w:w="2556" w:type="dxa"/>
            <w:vAlign w:val="center"/>
          </w:tcPr>
          <w:p w14:paraId="14DD1650" w14:textId="77777777" w:rsidR="00D531EF" w:rsidRDefault="00000000">
            <w:r>
              <w:rPr>
                <w:sz w:val="19"/>
              </w:rPr>
              <w:t>08:00</w:t>
            </w:r>
          </w:p>
        </w:tc>
      </w:tr>
      <w:tr w:rsidR="00D531EF" w14:paraId="73A7B672" w14:textId="77777777">
        <w:trPr>
          <w:jc w:val="center"/>
        </w:trPr>
        <w:tc>
          <w:tcPr>
            <w:tcW w:w="2556" w:type="dxa"/>
            <w:vAlign w:val="center"/>
          </w:tcPr>
          <w:p w14:paraId="23CE21A2" w14:textId="77777777" w:rsidR="00D531EF" w:rsidRDefault="00000000">
            <w:r>
              <w:rPr>
                <w:sz w:val="19"/>
              </w:rPr>
              <w:t>7</w:t>
            </w:r>
          </w:p>
        </w:tc>
        <w:tc>
          <w:tcPr>
            <w:tcW w:w="2556" w:type="dxa"/>
            <w:vAlign w:val="center"/>
          </w:tcPr>
          <w:p w14:paraId="35ED002C" w14:textId="77777777" w:rsidR="00D531EF" w:rsidRDefault="00000000">
            <w:r>
              <w:rPr>
                <w:sz w:val="19"/>
              </w:rPr>
              <w:t>1003</w:t>
            </w:r>
          </w:p>
        </w:tc>
        <w:tc>
          <w:tcPr>
            <w:tcW w:w="2556" w:type="dxa"/>
            <w:vAlign w:val="center"/>
          </w:tcPr>
          <w:p w14:paraId="602C5F6D" w14:textId="77777777" w:rsidR="00D531EF" w:rsidRDefault="00000000">
            <w:r>
              <w:rPr>
                <w:sz w:val="19"/>
              </w:rPr>
              <w:t>end_time</w:t>
            </w:r>
          </w:p>
        </w:tc>
        <w:tc>
          <w:tcPr>
            <w:tcW w:w="2556" w:type="dxa"/>
            <w:vAlign w:val="center"/>
          </w:tcPr>
          <w:p w14:paraId="2155CD0A" w14:textId="77777777" w:rsidR="00D531EF" w:rsidRDefault="00000000">
            <w:r>
              <w:rPr>
                <w:sz w:val="19"/>
              </w:rPr>
              <w:t>12:00</w:t>
            </w:r>
          </w:p>
        </w:tc>
      </w:tr>
      <w:tr w:rsidR="00D531EF" w14:paraId="3022EC04" w14:textId="77777777">
        <w:trPr>
          <w:jc w:val="center"/>
        </w:trPr>
        <w:tc>
          <w:tcPr>
            <w:tcW w:w="2556" w:type="dxa"/>
            <w:vAlign w:val="center"/>
          </w:tcPr>
          <w:p w14:paraId="040F2E00" w14:textId="77777777" w:rsidR="00D531EF" w:rsidRDefault="00000000">
            <w:r>
              <w:rPr>
                <w:sz w:val="19"/>
              </w:rPr>
              <w:t>8</w:t>
            </w:r>
          </w:p>
        </w:tc>
        <w:tc>
          <w:tcPr>
            <w:tcW w:w="2556" w:type="dxa"/>
            <w:vAlign w:val="center"/>
          </w:tcPr>
          <w:p w14:paraId="55646FC5" w14:textId="77777777" w:rsidR="00D531EF" w:rsidRDefault="00000000">
            <w:r>
              <w:rPr>
                <w:sz w:val="19"/>
              </w:rPr>
              <w:t>1004</w:t>
            </w:r>
          </w:p>
        </w:tc>
        <w:tc>
          <w:tcPr>
            <w:tcW w:w="2556" w:type="dxa"/>
            <w:vAlign w:val="center"/>
          </w:tcPr>
          <w:p w14:paraId="0920B422" w14:textId="77777777" w:rsidR="00D531EF" w:rsidRDefault="00000000">
            <w:r>
              <w:rPr>
                <w:sz w:val="19"/>
              </w:rPr>
              <w:t>minutes</w:t>
            </w:r>
          </w:p>
        </w:tc>
        <w:tc>
          <w:tcPr>
            <w:tcW w:w="2556" w:type="dxa"/>
            <w:vAlign w:val="center"/>
          </w:tcPr>
          <w:p w14:paraId="46AB2E7A" w14:textId="77777777" w:rsidR="00D531EF" w:rsidRDefault="00000000">
            <w:r>
              <w:rPr>
                <w:sz w:val="19"/>
              </w:rPr>
              <w:t>60</w:t>
            </w:r>
          </w:p>
        </w:tc>
      </w:tr>
    </w:tbl>
    <w:p w14:paraId="46C52C4C" w14:textId="77777777" w:rsidR="00D531EF" w:rsidRDefault="00D531EF"/>
    <w:p w14:paraId="15412718" w14:textId="77777777" w:rsidR="00D531EF" w:rsidRDefault="00000000">
      <w:pPr>
        <w:spacing w:after="140"/>
        <w:ind w:left="360"/>
      </w:pPr>
      <w:r>
        <w:rPr>
          <w:rFonts w:ascii="Courier New" w:hAnsi="Courier New"/>
          <w:sz w:val="18"/>
        </w:rPr>
        <w:t>Ground A</w:t>
      </w:r>
      <w:r>
        <w:rPr>
          <w:rFonts w:ascii="Courier New" w:hAnsi="Courier New"/>
          <w:sz w:val="18"/>
        </w:rPr>
        <w:br/>
        <w:t xml:space="preserve">    │</w:t>
      </w:r>
      <w:r>
        <w:rPr>
          <w:rFonts w:ascii="Courier New" w:hAnsi="Courier New"/>
          <w:sz w:val="18"/>
        </w:rPr>
        <w:br/>
        <w:t xml:space="preserve">    ▼</w:t>
      </w:r>
      <w:r>
        <w:rPr>
          <w:rFonts w:ascii="Courier New" w:hAnsi="Courier New"/>
          <w:sz w:val="18"/>
        </w:rPr>
        <w:br/>
        <w:t>Availability</w:t>
      </w:r>
      <w:r>
        <w:rPr>
          <w:rFonts w:ascii="Courier New" w:hAnsi="Courier New"/>
          <w:sz w:val="18"/>
        </w:rPr>
        <w:br/>
        <w:t xml:space="preserve">    ├── Day        = Sunday</w:t>
      </w:r>
      <w:r>
        <w:rPr>
          <w:rFonts w:ascii="Courier New" w:hAnsi="Courier New"/>
          <w:sz w:val="18"/>
        </w:rPr>
        <w:br/>
        <w:t xml:space="preserve">    ├── Start Time = 08:00</w:t>
      </w:r>
      <w:r>
        <w:rPr>
          <w:rFonts w:ascii="Courier New" w:hAnsi="Courier New"/>
          <w:sz w:val="18"/>
        </w:rPr>
        <w:br/>
        <w:t xml:space="preserve">    └── End Time   = 14:00</w:t>
      </w:r>
      <w:r>
        <w:rPr>
          <w:rFonts w:ascii="Courier New" w:hAnsi="Courier New"/>
          <w:sz w:val="18"/>
        </w:rPr>
        <w:br/>
      </w:r>
      <w:r>
        <w:rPr>
          <w:rFonts w:ascii="Courier New" w:hAnsi="Courier New"/>
          <w:sz w:val="18"/>
        </w:rPr>
        <w:br/>
        <w:t>Tigers</w:t>
      </w:r>
      <w:r>
        <w:rPr>
          <w:rFonts w:ascii="Courier New" w:hAnsi="Courier New"/>
          <w:sz w:val="18"/>
        </w:rPr>
        <w:br/>
        <w:t xml:space="preserve">    │</w:t>
      </w:r>
      <w:r>
        <w:rPr>
          <w:rFonts w:ascii="Courier New" w:hAnsi="Courier New"/>
          <w:sz w:val="18"/>
        </w:rPr>
        <w:br/>
        <w:t xml:space="preserve">    ▼</w:t>
      </w:r>
      <w:r>
        <w:rPr>
          <w:rFonts w:ascii="Courier New" w:hAnsi="Courier New"/>
          <w:sz w:val="18"/>
        </w:rPr>
        <w:br/>
        <w:t>Max Games Per Day = 2</w:t>
      </w:r>
      <w:r>
        <w:rPr>
          <w:rFonts w:ascii="Courier New" w:hAnsi="Courier New"/>
          <w:sz w:val="18"/>
        </w:rPr>
        <w:br/>
      </w:r>
      <w:r>
        <w:rPr>
          <w:rFonts w:ascii="Courier New" w:hAnsi="Courier New"/>
          <w:sz w:val="18"/>
        </w:rPr>
        <w:br/>
        <w:t>Official John</w:t>
      </w:r>
      <w:r>
        <w:rPr>
          <w:rFonts w:ascii="Courier New" w:hAnsi="Courier New"/>
          <w:sz w:val="18"/>
        </w:rPr>
        <w:br/>
        <w:t xml:space="preserve">    ├── Availability = Sunday 08:00–12:00</w:t>
      </w:r>
      <w:r>
        <w:rPr>
          <w:rFonts w:ascii="Courier New" w:hAnsi="Courier New"/>
          <w:sz w:val="18"/>
        </w:rPr>
        <w:br/>
        <w:t xml:space="preserve">    └── Minimum Rest = 60 minutes</w:t>
      </w:r>
    </w:p>
    <w:p w14:paraId="7F858221" w14:textId="77777777" w:rsidR="00D531EF" w:rsidRDefault="00000000">
      <w:pPr>
        <w:pStyle w:val="Heading1"/>
      </w:pPr>
      <w:r>
        <w:lastRenderedPageBreak/>
        <w:t>7. Complete Relationship: Existing Tables + New Tables</w:t>
      </w:r>
    </w:p>
    <w:p w14:paraId="3FDE37F4" w14:textId="77777777" w:rsidR="00D531EF" w:rsidRDefault="00000000">
      <w:pPr>
        <w:spacing w:after="140"/>
        <w:ind w:left="360"/>
      </w:pPr>
      <w:r>
        <w:rPr>
          <w:rFonts w:ascii="Courier New" w:hAnsi="Courier New"/>
          <w:sz w:val="18"/>
        </w:rPr>
        <w:t>EXISTING DATA</w:t>
      </w:r>
      <w:r>
        <w:rPr>
          <w:rFonts w:ascii="Courier New" w:hAnsi="Courier New"/>
          <w:sz w:val="18"/>
        </w:rPr>
        <w:br/>
        <w:t>────────────────────────────────────────</w:t>
      </w:r>
      <w:r>
        <w:rPr>
          <w:rFonts w:ascii="Courier New" w:hAnsi="Courier New"/>
          <w:sz w:val="18"/>
        </w:rPr>
        <w:br/>
        <w:t>resource: 1 → Ground A</w:t>
      </w:r>
      <w:r>
        <w:rPr>
          <w:rFonts w:ascii="Courier New" w:hAnsi="Courier New"/>
          <w:sz w:val="18"/>
        </w:rPr>
        <w:br/>
        <w:t>team:     11 → Tigers</w:t>
      </w:r>
      <w:r>
        <w:rPr>
          <w:rFonts w:ascii="Courier New" w:hAnsi="Courier New"/>
          <w:sz w:val="18"/>
        </w:rPr>
        <w:br/>
        <w:t>official: 21 → John</w:t>
      </w:r>
      <w:r>
        <w:rPr>
          <w:rFonts w:ascii="Courier New" w:hAnsi="Courier New"/>
          <w:sz w:val="18"/>
        </w:rPr>
        <w:br/>
        <w:t xml:space="preserve">                │</w:t>
      </w:r>
      <w:r>
        <w:rPr>
          <w:rFonts w:ascii="Courier New" w:hAnsi="Courier New"/>
          <w:sz w:val="18"/>
        </w:rPr>
        <w:br/>
        <w:t xml:space="preserve">                ▼</w:t>
      </w:r>
      <w:r>
        <w:rPr>
          <w:rFonts w:ascii="Courier New" w:hAnsi="Courier New"/>
          <w:sz w:val="18"/>
        </w:rPr>
        <w:br/>
        <w:t>scheduler_master_types</w:t>
      </w:r>
      <w:r>
        <w:rPr>
          <w:rFonts w:ascii="Courier New" w:hAnsi="Courier New"/>
          <w:sz w:val="18"/>
        </w:rPr>
        <w:br/>
        <w:t>Resource / Team / Official</w:t>
      </w:r>
      <w:r>
        <w:rPr>
          <w:rFonts w:ascii="Courier New" w:hAnsi="Courier New"/>
          <w:sz w:val="18"/>
        </w:rPr>
        <w:br/>
        <w:t xml:space="preserve">                │</w:t>
      </w:r>
      <w:r>
        <w:rPr>
          <w:rFonts w:ascii="Courier New" w:hAnsi="Courier New"/>
          <w:sz w:val="18"/>
        </w:rPr>
        <w:br/>
        <w:t xml:space="preserve">                ▼</w:t>
      </w:r>
      <w:r>
        <w:rPr>
          <w:rFonts w:ascii="Courier New" w:hAnsi="Courier New"/>
          <w:sz w:val="18"/>
        </w:rPr>
        <w:br/>
        <w:t>scheduler_master_constraint_types</w:t>
      </w:r>
      <w:r>
        <w:rPr>
          <w:rFonts w:ascii="Courier New" w:hAnsi="Courier New"/>
          <w:sz w:val="18"/>
        </w:rPr>
        <w:br/>
        <w:t>Which rules apply to which object type?</w:t>
      </w:r>
      <w:r>
        <w:rPr>
          <w:rFonts w:ascii="Courier New" w:hAnsi="Courier New"/>
          <w:sz w:val="18"/>
        </w:rPr>
        <w:br/>
        <w:t xml:space="preserve">                │</w:t>
      </w:r>
      <w:r>
        <w:rPr>
          <w:rFonts w:ascii="Courier New" w:hAnsi="Courier New"/>
          <w:sz w:val="18"/>
        </w:rPr>
        <w:br/>
        <w:t xml:space="preserve">                ▼</w:t>
      </w:r>
      <w:r>
        <w:rPr>
          <w:rFonts w:ascii="Courier New" w:hAnsi="Courier New"/>
          <w:sz w:val="18"/>
        </w:rPr>
        <w:br/>
        <w:t>scheduler_constraints</w:t>
      </w:r>
      <w:r>
        <w:rPr>
          <w:rFonts w:ascii="Courier New" w:hAnsi="Courier New"/>
          <w:sz w:val="18"/>
        </w:rPr>
        <w:br/>
        <w:t>Assign rule to actual record</w:t>
      </w:r>
      <w:r>
        <w:rPr>
          <w:rFonts w:ascii="Courier New" w:hAnsi="Courier New"/>
          <w:sz w:val="18"/>
        </w:rPr>
        <w:br/>
        <w:t xml:space="preserve">                │</w:t>
      </w:r>
      <w:r>
        <w:rPr>
          <w:rFonts w:ascii="Courier New" w:hAnsi="Courier New"/>
          <w:sz w:val="18"/>
        </w:rPr>
        <w:br/>
        <w:t xml:space="preserve">                ▼</w:t>
      </w:r>
      <w:r>
        <w:rPr>
          <w:rFonts w:ascii="Courier New" w:hAnsi="Courier New"/>
          <w:sz w:val="18"/>
        </w:rPr>
        <w:br/>
        <w:t>scheduler_constraint_values</w:t>
      </w:r>
      <w:r>
        <w:rPr>
          <w:rFonts w:ascii="Courier New" w:hAnsi="Courier New"/>
          <w:sz w:val="18"/>
        </w:rPr>
        <w:br/>
        <w:t>Store actual rule details</w:t>
      </w:r>
    </w:p>
    <w:p w14:paraId="4B15712B" w14:textId="77777777" w:rsidR="00D531EF" w:rsidRDefault="00000000">
      <w:pPr>
        <w:pStyle w:val="Heading1"/>
      </w:pPr>
      <w:r>
        <w:t>8. Example of the Complete Scheduling Process</w:t>
      </w:r>
    </w:p>
    <w:p w14:paraId="10A35D2F" w14:textId="77777777" w:rsidR="00D531EF" w:rsidRDefault="00000000">
      <w:pPr>
        <w:pStyle w:val="Heading2"/>
      </w:pPr>
      <w:r>
        <w:t>Step 1: Load Existing Data</w:t>
      </w:r>
    </w:p>
    <w:tbl>
      <w:tblPr>
        <w:tblStyle w:val="TableGrid"/>
        <w:tblW w:w="0" w:type="auto"/>
        <w:jc w:val="center"/>
        <w:tblLook w:val="04A0" w:firstRow="1" w:lastRow="0" w:firstColumn="1" w:lastColumn="0" w:noHBand="0" w:noVBand="1"/>
      </w:tblPr>
      <w:tblGrid>
        <w:gridCol w:w="5112"/>
        <w:gridCol w:w="5112"/>
      </w:tblGrid>
      <w:tr w:rsidR="00D531EF" w14:paraId="0783E2AF" w14:textId="77777777">
        <w:trPr>
          <w:jc w:val="center"/>
        </w:trPr>
        <w:tc>
          <w:tcPr>
            <w:tcW w:w="5112" w:type="dxa"/>
            <w:shd w:val="clear" w:color="auto" w:fill="D9EAF7"/>
            <w:vAlign w:val="center"/>
          </w:tcPr>
          <w:p w14:paraId="663A9064" w14:textId="77777777" w:rsidR="00D531EF" w:rsidRDefault="00000000">
            <w:r>
              <w:rPr>
                <w:b/>
                <w:sz w:val="19"/>
              </w:rPr>
              <w:t>Type</w:t>
            </w:r>
          </w:p>
        </w:tc>
        <w:tc>
          <w:tcPr>
            <w:tcW w:w="5112" w:type="dxa"/>
            <w:shd w:val="clear" w:color="auto" w:fill="D9EAF7"/>
            <w:vAlign w:val="center"/>
          </w:tcPr>
          <w:p w14:paraId="6FC22EA2" w14:textId="77777777" w:rsidR="00D531EF" w:rsidRDefault="00000000">
            <w:r>
              <w:rPr>
                <w:b/>
                <w:sz w:val="19"/>
              </w:rPr>
              <w:t>Data</w:t>
            </w:r>
          </w:p>
        </w:tc>
      </w:tr>
      <w:tr w:rsidR="00D531EF" w14:paraId="39563F64" w14:textId="77777777">
        <w:trPr>
          <w:jc w:val="center"/>
        </w:trPr>
        <w:tc>
          <w:tcPr>
            <w:tcW w:w="5112" w:type="dxa"/>
            <w:vAlign w:val="center"/>
          </w:tcPr>
          <w:p w14:paraId="699C015A" w14:textId="77777777" w:rsidR="00D531EF" w:rsidRDefault="00000000">
            <w:r>
              <w:rPr>
                <w:sz w:val="19"/>
              </w:rPr>
              <w:t>Team</w:t>
            </w:r>
          </w:p>
        </w:tc>
        <w:tc>
          <w:tcPr>
            <w:tcW w:w="5112" w:type="dxa"/>
            <w:vAlign w:val="center"/>
          </w:tcPr>
          <w:p w14:paraId="20ECD93A" w14:textId="77777777" w:rsidR="00D531EF" w:rsidRDefault="00000000">
            <w:r>
              <w:rPr>
                <w:sz w:val="19"/>
              </w:rPr>
              <w:t>Tigers</w:t>
            </w:r>
          </w:p>
        </w:tc>
      </w:tr>
      <w:tr w:rsidR="00D531EF" w14:paraId="51762B26" w14:textId="77777777">
        <w:trPr>
          <w:jc w:val="center"/>
        </w:trPr>
        <w:tc>
          <w:tcPr>
            <w:tcW w:w="5112" w:type="dxa"/>
            <w:vAlign w:val="center"/>
          </w:tcPr>
          <w:p w14:paraId="3CCAB772" w14:textId="77777777" w:rsidR="00D531EF" w:rsidRDefault="00000000">
            <w:r>
              <w:rPr>
                <w:sz w:val="19"/>
              </w:rPr>
              <w:t>Team</w:t>
            </w:r>
          </w:p>
        </w:tc>
        <w:tc>
          <w:tcPr>
            <w:tcW w:w="5112" w:type="dxa"/>
            <w:vAlign w:val="center"/>
          </w:tcPr>
          <w:p w14:paraId="47EC5B44" w14:textId="77777777" w:rsidR="00D531EF" w:rsidRDefault="00000000">
            <w:r>
              <w:rPr>
                <w:sz w:val="19"/>
              </w:rPr>
              <w:t>Lions</w:t>
            </w:r>
          </w:p>
        </w:tc>
      </w:tr>
      <w:tr w:rsidR="00D531EF" w14:paraId="4A0EF2F7" w14:textId="77777777">
        <w:trPr>
          <w:jc w:val="center"/>
        </w:trPr>
        <w:tc>
          <w:tcPr>
            <w:tcW w:w="5112" w:type="dxa"/>
            <w:vAlign w:val="center"/>
          </w:tcPr>
          <w:p w14:paraId="3D623CC7" w14:textId="77777777" w:rsidR="00D531EF" w:rsidRDefault="00000000">
            <w:r>
              <w:rPr>
                <w:sz w:val="19"/>
              </w:rPr>
              <w:t>Resource</w:t>
            </w:r>
          </w:p>
        </w:tc>
        <w:tc>
          <w:tcPr>
            <w:tcW w:w="5112" w:type="dxa"/>
            <w:vAlign w:val="center"/>
          </w:tcPr>
          <w:p w14:paraId="7CC26E50" w14:textId="77777777" w:rsidR="00D531EF" w:rsidRDefault="00000000">
            <w:r>
              <w:rPr>
                <w:sz w:val="19"/>
              </w:rPr>
              <w:t>Ground A</w:t>
            </w:r>
          </w:p>
        </w:tc>
      </w:tr>
      <w:tr w:rsidR="00D531EF" w14:paraId="08A64503" w14:textId="77777777">
        <w:trPr>
          <w:jc w:val="center"/>
        </w:trPr>
        <w:tc>
          <w:tcPr>
            <w:tcW w:w="5112" w:type="dxa"/>
            <w:vAlign w:val="center"/>
          </w:tcPr>
          <w:p w14:paraId="3A8BC9F8" w14:textId="77777777" w:rsidR="00D531EF" w:rsidRDefault="00000000">
            <w:r>
              <w:rPr>
                <w:sz w:val="19"/>
              </w:rPr>
              <w:t>Official</w:t>
            </w:r>
          </w:p>
        </w:tc>
        <w:tc>
          <w:tcPr>
            <w:tcW w:w="5112" w:type="dxa"/>
            <w:vAlign w:val="center"/>
          </w:tcPr>
          <w:p w14:paraId="1FCFF993" w14:textId="77777777" w:rsidR="00D531EF" w:rsidRDefault="00000000">
            <w:r>
              <w:rPr>
                <w:sz w:val="19"/>
              </w:rPr>
              <w:t>John</w:t>
            </w:r>
          </w:p>
        </w:tc>
      </w:tr>
    </w:tbl>
    <w:p w14:paraId="6DB237F0" w14:textId="77777777" w:rsidR="00D531EF" w:rsidRDefault="00D531EF"/>
    <w:p w14:paraId="6918E6B3" w14:textId="77777777" w:rsidR="00D531EF" w:rsidRDefault="00000000">
      <w:pPr>
        <w:pStyle w:val="Heading2"/>
      </w:pPr>
      <w:r>
        <w:t>Step 2: Load Constraints</w:t>
      </w:r>
    </w:p>
    <w:tbl>
      <w:tblPr>
        <w:tblStyle w:val="TableGrid"/>
        <w:tblW w:w="0" w:type="auto"/>
        <w:jc w:val="center"/>
        <w:tblLook w:val="04A0" w:firstRow="1" w:lastRow="0" w:firstColumn="1" w:lastColumn="0" w:noHBand="0" w:noVBand="1"/>
      </w:tblPr>
      <w:tblGrid>
        <w:gridCol w:w="3408"/>
        <w:gridCol w:w="3408"/>
        <w:gridCol w:w="3408"/>
      </w:tblGrid>
      <w:tr w:rsidR="00D531EF" w14:paraId="4F0740B8" w14:textId="77777777">
        <w:trPr>
          <w:jc w:val="center"/>
        </w:trPr>
        <w:tc>
          <w:tcPr>
            <w:tcW w:w="3408" w:type="dxa"/>
            <w:shd w:val="clear" w:color="auto" w:fill="D9EAF7"/>
            <w:vAlign w:val="center"/>
          </w:tcPr>
          <w:p w14:paraId="7B574C3F" w14:textId="77777777" w:rsidR="00D531EF" w:rsidRDefault="00000000">
            <w:r>
              <w:rPr>
                <w:b/>
                <w:sz w:val="19"/>
              </w:rPr>
              <w:t>Record</w:t>
            </w:r>
          </w:p>
        </w:tc>
        <w:tc>
          <w:tcPr>
            <w:tcW w:w="3408" w:type="dxa"/>
            <w:shd w:val="clear" w:color="auto" w:fill="D9EAF7"/>
            <w:vAlign w:val="center"/>
          </w:tcPr>
          <w:p w14:paraId="5F150A51" w14:textId="77777777" w:rsidR="00D531EF" w:rsidRDefault="00000000">
            <w:r>
              <w:rPr>
                <w:b/>
                <w:sz w:val="19"/>
              </w:rPr>
              <w:t>Constraint</w:t>
            </w:r>
          </w:p>
        </w:tc>
        <w:tc>
          <w:tcPr>
            <w:tcW w:w="3408" w:type="dxa"/>
            <w:shd w:val="clear" w:color="auto" w:fill="D9EAF7"/>
            <w:vAlign w:val="center"/>
          </w:tcPr>
          <w:p w14:paraId="4539A1F6" w14:textId="77777777" w:rsidR="00D531EF" w:rsidRDefault="00000000">
            <w:r>
              <w:rPr>
                <w:b/>
                <w:sz w:val="19"/>
              </w:rPr>
              <w:t>Value</w:t>
            </w:r>
          </w:p>
        </w:tc>
      </w:tr>
      <w:tr w:rsidR="00D531EF" w14:paraId="7743BF96" w14:textId="77777777">
        <w:trPr>
          <w:jc w:val="center"/>
        </w:trPr>
        <w:tc>
          <w:tcPr>
            <w:tcW w:w="3408" w:type="dxa"/>
            <w:vAlign w:val="center"/>
          </w:tcPr>
          <w:p w14:paraId="644AB154" w14:textId="77777777" w:rsidR="00D531EF" w:rsidRDefault="00000000">
            <w:r>
              <w:rPr>
                <w:sz w:val="19"/>
              </w:rPr>
              <w:t>Ground A</w:t>
            </w:r>
          </w:p>
        </w:tc>
        <w:tc>
          <w:tcPr>
            <w:tcW w:w="3408" w:type="dxa"/>
            <w:vAlign w:val="center"/>
          </w:tcPr>
          <w:p w14:paraId="2081BF3B" w14:textId="77777777" w:rsidR="00D531EF" w:rsidRDefault="00000000">
            <w:r>
              <w:rPr>
                <w:sz w:val="19"/>
              </w:rPr>
              <w:t>Availability</w:t>
            </w:r>
          </w:p>
        </w:tc>
        <w:tc>
          <w:tcPr>
            <w:tcW w:w="3408" w:type="dxa"/>
            <w:vAlign w:val="center"/>
          </w:tcPr>
          <w:p w14:paraId="2C91FA80" w14:textId="77777777" w:rsidR="00D531EF" w:rsidRDefault="00000000">
            <w:r>
              <w:rPr>
                <w:sz w:val="19"/>
              </w:rPr>
              <w:t>Sunday 08:00–14:00</w:t>
            </w:r>
          </w:p>
        </w:tc>
      </w:tr>
      <w:tr w:rsidR="00D531EF" w14:paraId="19EF83C2" w14:textId="77777777">
        <w:trPr>
          <w:jc w:val="center"/>
        </w:trPr>
        <w:tc>
          <w:tcPr>
            <w:tcW w:w="3408" w:type="dxa"/>
            <w:vAlign w:val="center"/>
          </w:tcPr>
          <w:p w14:paraId="7D19DB71" w14:textId="77777777" w:rsidR="00D531EF" w:rsidRDefault="00000000">
            <w:r>
              <w:rPr>
                <w:sz w:val="19"/>
              </w:rPr>
              <w:t>Tigers</w:t>
            </w:r>
          </w:p>
        </w:tc>
        <w:tc>
          <w:tcPr>
            <w:tcW w:w="3408" w:type="dxa"/>
            <w:vAlign w:val="center"/>
          </w:tcPr>
          <w:p w14:paraId="64048B4A" w14:textId="77777777" w:rsidR="00D531EF" w:rsidRDefault="00000000">
            <w:r>
              <w:rPr>
                <w:sz w:val="19"/>
              </w:rPr>
              <w:t>Max Games Per Day</w:t>
            </w:r>
          </w:p>
        </w:tc>
        <w:tc>
          <w:tcPr>
            <w:tcW w:w="3408" w:type="dxa"/>
            <w:vAlign w:val="center"/>
          </w:tcPr>
          <w:p w14:paraId="1D607EDC" w14:textId="77777777" w:rsidR="00D531EF" w:rsidRDefault="00000000">
            <w:r>
              <w:rPr>
                <w:sz w:val="19"/>
              </w:rPr>
              <w:t>2</w:t>
            </w:r>
          </w:p>
        </w:tc>
      </w:tr>
      <w:tr w:rsidR="00D531EF" w14:paraId="6B1E0A5F" w14:textId="77777777">
        <w:trPr>
          <w:jc w:val="center"/>
        </w:trPr>
        <w:tc>
          <w:tcPr>
            <w:tcW w:w="3408" w:type="dxa"/>
            <w:vAlign w:val="center"/>
          </w:tcPr>
          <w:p w14:paraId="149E680B" w14:textId="77777777" w:rsidR="00D531EF" w:rsidRDefault="00000000">
            <w:r>
              <w:rPr>
                <w:sz w:val="19"/>
              </w:rPr>
              <w:t>John</w:t>
            </w:r>
          </w:p>
        </w:tc>
        <w:tc>
          <w:tcPr>
            <w:tcW w:w="3408" w:type="dxa"/>
            <w:vAlign w:val="center"/>
          </w:tcPr>
          <w:p w14:paraId="1C0A3B2D" w14:textId="77777777" w:rsidR="00D531EF" w:rsidRDefault="00000000">
            <w:r>
              <w:rPr>
                <w:sz w:val="19"/>
              </w:rPr>
              <w:t>Availability</w:t>
            </w:r>
          </w:p>
        </w:tc>
        <w:tc>
          <w:tcPr>
            <w:tcW w:w="3408" w:type="dxa"/>
            <w:vAlign w:val="center"/>
          </w:tcPr>
          <w:p w14:paraId="4F8CE445" w14:textId="77777777" w:rsidR="00D531EF" w:rsidRDefault="00000000">
            <w:r>
              <w:rPr>
                <w:sz w:val="19"/>
              </w:rPr>
              <w:t>Sunday 08:00–12:00</w:t>
            </w:r>
          </w:p>
        </w:tc>
      </w:tr>
      <w:tr w:rsidR="00D531EF" w14:paraId="4AF65BCD" w14:textId="77777777">
        <w:trPr>
          <w:jc w:val="center"/>
        </w:trPr>
        <w:tc>
          <w:tcPr>
            <w:tcW w:w="3408" w:type="dxa"/>
            <w:vAlign w:val="center"/>
          </w:tcPr>
          <w:p w14:paraId="7A80E082" w14:textId="77777777" w:rsidR="00D531EF" w:rsidRDefault="00000000">
            <w:r>
              <w:rPr>
                <w:sz w:val="19"/>
              </w:rPr>
              <w:t>John</w:t>
            </w:r>
          </w:p>
        </w:tc>
        <w:tc>
          <w:tcPr>
            <w:tcW w:w="3408" w:type="dxa"/>
            <w:vAlign w:val="center"/>
          </w:tcPr>
          <w:p w14:paraId="3D31E120" w14:textId="77777777" w:rsidR="00D531EF" w:rsidRDefault="00000000">
            <w:r>
              <w:rPr>
                <w:sz w:val="19"/>
              </w:rPr>
              <w:t>Minimum Rest</w:t>
            </w:r>
          </w:p>
        </w:tc>
        <w:tc>
          <w:tcPr>
            <w:tcW w:w="3408" w:type="dxa"/>
            <w:vAlign w:val="center"/>
          </w:tcPr>
          <w:p w14:paraId="3D9652E1" w14:textId="77777777" w:rsidR="00D531EF" w:rsidRDefault="00000000">
            <w:r>
              <w:rPr>
                <w:sz w:val="19"/>
              </w:rPr>
              <w:t>60 minutes</w:t>
            </w:r>
          </w:p>
        </w:tc>
      </w:tr>
    </w:tbl>
    <w:p w14:paraId="682CAE0C" w14:textId="77777777" w:rsidR="00D531EF" w:rsidRDefault="00D531EF"/>
    <w:p w14:paraId="151DF5C0" w14:textId="77777777" w:rsidR="00D531EF" w:rsidRDefault="00000000">
      <w:pPr>
        <w:pStyle w:val="Heading2"/>
      </w:pPr>
      <w:r>
        <w:t>Step 3: Try a Candidate Assignment</w:t>
      </w:r>
    </w:p>
    <w:p w14:paraId="3969961A" w14:textId="77777777" w:rsidR="00D531EF" w:rsidRDefault="00000000">
      <w:pPr>
        <w:spacing w:after="140"/>
        <w:ind w:left="360"/>
      </w:pPr>
      <w:r>
        <w:rPr>
          <w:rFonts w:ascii="Courier New" w:hAnsi="Courier New"/>
          <w:sz w:val="18"/>
        </w:rPr>
        <w:t>Tigers vs Lions</w:t>
      </w:r>
      <w:r>
        <w:rPr>
          <w:rFonts w:ascii="Courier New" w:hAnsi="Courier New"/>
          <w:sz w:val="18"/>
        </w:rPr>
        <w:br/>
        <w:t>Sunday</w:t>
      </w:r>
      <w:r>
        <w:rPr>
          <w:rFonts w:ascii="Courier New" w:hAnsi="Courier New"/>
          <w:sz w:val="18"/>
        </w:rPr>
        <w:br/>
        <w:t>08:00–10:00</w:t>
      </w:r>
      <w:r>
        <w:rPr>
          <w:rFonts w:ascii="Courier New" w:hAnsi="Courier New"/>
          <w:sz w:val="18"/>
        </w:rPr>
        <w:br/>
        <w:t>Ground A</w:t>
      </w:r>
      <w:r>
        <w:rPr>
          <w:rFonts w:ascii="Courier New" w:hAnsi="Courier New"/>
          <w:sz w:val="18"/>
        </w:rPr>
        <w:br/>
        <w:t>Official John</w:t>
      </w:r>
    </w:p>
    <w:p w14:paraId="22B024A3" w14:textId="77777777" w:rsidR="00D531EF" w:rsidRDefault="00000000">
      <w:pPr>
        <w:pStyle w:val="Heading2"/>
      </w:pPr>
      <w:r>
        <w:t>Step 4: Validate</w:t>
      </w:r>
    </w:p>
    <w:p w14:paraId="5A7A35BD" w14:textId="77777777" w:rsidR="00D531EF" w:rsidRDefault="00000000">
      <w:pPr>
        <w:spacing w:after="140"/>
        <w:ind w:left="360"/>
      </w:pPr>
      <w:r>
        <w:rPr>
          <w:rFonts w:ascii="Courier New" w:hAnsi="Courier New"/>
          <w:sz w:val="18"/>
        </w:rPr>
        <w:t>✓ Ground A available? YES</w:t>
      </w:r>
      <w:r>
        <w:rPr>
          <w:rFonts w:ascii="Courier New" w:hAnsi="Courier New"/>
          <w:sz w:val="18"/>
        </w:rPr>
        <w:br/>
        <w:t>✓ Tigers within game limit? YES</w:t>
      </w:r>
      <w:r>
        <w:rPr>
          <w:rFonts w:ascii="Courier New" w:hAnsi="Courier New"/>
          <w:sz w:val="18"/>
        </w:rPr>
        <w:br/>
        <w:t>✓ Lions available? YES</w:t>
      </w:r>
      <w:r>
        <w:rPr>
          <w:rFonts w:ascii="Courier New" w:hAnsi="Courier New"/>
          <w:sz w:val="18"/>
        </w:rPr>
        <w:br/>
        <w:t>✓ John available? YES</w:t>
      </w:r>
      <w:r>
        <w:rPr>
          <w:rFonts w:ascii="Courier New" w:hAnsi="Courier New"/>
          <w:sz w:val="18"/>
        </w:rPr>
        <w:br/>
      </w:r>
      <w:r>
        <w:rPr>
          <w:rFonts w:ascii="Courier New" w:hAnsi="Courier New"/>
          <w:sz w:val="18"/>
        </w:rPr>
        <w:lastRenderedPageBreak/>
        <w:t>✓ John's minimum rest rule satisfied? YES</w:t>
      </w:r>
      <w:r>
        <w:rPr>
          <w:rFonts w:ascii="Courier New" w:hAnsi="Courier New"/>
          <w:sz w:val="18"/>
        </w:rPr>
        <w:br/>
      </w:r>
      <w:r>
        <w:rPr>
          <w:rFonts w:ascii="Courier New" w:hAnsi="Courier New"/>
          <w:sz w:val="18"/>
        </w:rPr>
        <w:br/>
        <w:t>RESULT: VALID</w:t>
      </w:r>
    </w:p>
    <w:p w14:paraId="1D6C7A2A" w14:textId="77777777" w:rsidR="00D531EF" w:rsidRDefault="00000000">
      <w:pPr>
        <w:pStyle w:val="Heading2"/>
      </w:pPr>
      <w:r>
        <w:t>Step 5: Store Final Result in Existing Schedule Structures</w:t>
      </w:r>
    </w:p>
    <w:tbl>
      <w:tblPr>
        <w:tblStyle w:val="TableGrid"/>
        <w:tblW w:w="0" w:type="auto"/>
        <w:jc w:val="center"/>
        <w:tblLook w:val="04A0" w:firstRow="1" w:lastRow="0" w:firstColumn="1" w:lastColumn="0" w:noHBand="0" w:noVBand="1"/>
      </w:tblPr>
      <w:tblGrid>
        <w:gridCol w:w="3408"/>
        <w:gridCol w:w="3408"/>
        <w:gridCol w:w="3408"/>
      </w:tblGrid>
      <w:tr w:rsidR="00D531EF" w14:paraId="161661A3" w14:textId="77777777">
        <w:trPr>
          <w:jc w:val="center"/>
        </w:trPr>
        <w:tc>
          <w:tcPr>
            <w:tcW w:w="3408" w:type="dxa"/>
            <w:shd w:val="clear" w:color="auto" w:fill="D9EAF7"/>
            <w:vAlign w:val="center"/>
          </w:tcPr>
          <w:p w14:paraId="65976350" w14:textId="77777777" w:rsidR="00D531EF" w:rsidRDefault="00000000">
            <w:r>
              <w:rPr>
                <w:b/>
                <w:sz w:val="19"/>
              </w:rPr>
              <w:t>game.id</w:t>
            </w:r>
          </w:p>
        </w:tc>
        <w:tc>
          <w:tcPr>
            <w:tcW w:w="3408" w:type="dxa"/>
            <w:shd w:val="clear" w:color="auto" w:fill="D9EAF7"/>
            <w:vAlign w:val="center"/>
          </w:tcPr>
          <w:p w14:paraId="7BC9EDE4" w14:textId="77777777" w:rsidR="00D531EF" w:rsidRDefault="00000000">
            <w:r>
              <w:rPr>
                <w:b/>
                <w:sz w:val="19"/>
              </w:rPr>
              <w:t>home_team</w:t>
            </w:r>
          </w:p>
        </w:tc>
        <w:tc>
          <w:tcPr>
            <w:tcW w:w="3408" w:type="dxa"/>
            <w:shd w:val="clear" w:color="auto" w:fill="D9EAF7"/>
            <w:vAlign w:val="center"/>
          </w:tcPr>
          <w:p w14:paraId="0CB8515F" w14:textId="77777777" w:rsidR="00D531EF" w:rsidRDefault="00000000">
            <w:r>
              <w:rPr>
                <w:b/>
                <w:sz w:val="19"/>
              </w:rPr>
              <w:t>away_team</w:t>
            </w:r>
          </w:p>
        </w:tc>
      </w:tr>
      <w:tr w:rsidR="00D531EF" w14:paraId="19170D00" w14:textId="77777777">
        <w:trPr>
          <w:jc w:val="center"/>
        </w:trPr>
        <w:tc>
          <w:tcPr>
            <w:tcW w:w="3408" w:type="dxa"/>
            <w:vAlign w:val="center"/>
          </w:tcPr>
          <w:p w14:paraId="73AC5F90" w14:textId="77777777" w:rsidR="00D531EF" w:rsidRDefault="00000000">
            <w:r>
              <w:rPr>
                <w:sz w:val="19"/>
              </w:rPr>
              <w:t>501</w:t>
            </w:r>
          </w:p>
        </w:tc>
        <w:tc>
          <w:tcPr>
            <w:tcW w:w="3408" w:type="dxa"/>
            <w:vAlign w:val="center"/>
          </w:tcPr>
          <w:p w14:paraId="36DAFDBE" w14:textId="77777777" w:rsidR="00D531EF" w:rsidRDefault="00000000">
            <w:r>
              <w:rPr>
                <w:sz w:val="19"/>
              </w:rPr>
              <w:t>11 - Tigers</w:t>
            </w:r>
          </w:p>
        </w:tc>
        <w:tc>
          <w:tcPr>
            <w:tcW w:w="3408" w:type="dxa"/>
            <w:vAlign w:val="center"/>
          </w:tcPr>
          <w:p w14:paraId="0A452131" w14:textId="77777777" w:rsidR="00D531EF" w:rsidRDefault="00000000">
            <w:r>
              <w:rPr>
                <w:sz w:val="19"/>
              </w:rPr>
              <w:t>12 - Lions</w:t>
            </w:r>
          </w:p>
        </w:tc>
      </w:tr>
    </w:tbl>
    <w:p w14:paraId="245A7552" w14:textId="77777777" w:rsidR="00D531EF" w:rsidRDefault="00D531EF"/>
    <w:tbl>
      <w:tblPr>
        <w:tblStyle w:val="TableGrid"/>
        <w:tblW w:w="0" w:type="auto"/>
        <w:jc w:val="center"/>
        <w:tblLook w:val="04A0" w:firstRow="1" w:lastRow="0" w:firstColumn="1" w:lastColumn="0" w:noHBand="0" w:noVBand="1"/>
      </w:tblPr>
      <w:tblGrid>
        <w:gridCol w:w="2045"/>
        <w:gridCol w:w="2045"/>
        <w:gridCol w:w="2045"/>
        <w:gridCol w:w="2045"/>
        <w:gridCol w:w="2045"/>
      </w:tblGrid>
      <w:tr w:rsidR="00D531EF" w14:paraId="7FBD5262" w14:textId="77777777">
        <w:trPr>
          <w:jc w:val="center"/>
        </w:trPr>
        <w:tc>
          <w:tcPr>
            <w:tcW w:w="2045" w:type="dxa"/>
            <w:shd w:val="clear" w:color="auto" w:fill="D9EAF7"/>
            <w:vAlign w:val="center"/>
          </w:tcPr>
          <w:p w14:paraId="3D5386BB" w14:textId="77777777" w:rsidR="00D531EF" w:rsidRDefault="00000000">
            <w:r>
              <w:rPr>
                <w:b/>
                <w:sz w:val="19"/>
              </w:rPr>
              <w:t>idschedule</w:t>
            </w:r>
          </w:p>
        </w:tc>
        <w:tc>
          <w:tcPr>
            <w:tcW w:w="2045" w:type="dxa"/>
            <w:shd w:val="clear" w:color="auto" w:fill="D9EAF7"/>
            <w:vAlign w:val="center"/>
          </w:tcPr>
          <w:p w14:paraId="486499C3" w14:textId="77777777" w:rsidR="00D531EF" w:rsidRDefault="00000000">
            <w:r>
              <w:rPr>
                <w:b/>
                <w:sz w:val="19"/>
              </w:rPr>
              <w:t>relationshipid</w:t>
            </w:r>
          </w:p>
        </w:tc>
        <w:tc>
          <w:tcPr>
            <w:tcW w:w="2045" w:type="dxa"/>
            <w:shd w:val="clear" w:color="auto" w:fill="D9EAF7"/>
            <w:vAlign w:val="center"/>
          </w:tcPr>
          <w:p w14:paraId="566BA1E9" w14:textId="77777777" w:rsidR="00D531EF" w:rsidRDefault="00000000">
            <w:r>
              <w:rPr>
                <w:b/>
                <w:sz w:val="19"/>
              </w:rPr>
              <w:t>rsc_id</w:t>
            </w:r>
          </w:p>
        </w:tc>
        <w:tc>
          <w:tcPr>
            <w:tcW w:w="2045" w:type="dxa"/>
            <w:shd w:val="clear" w:color="auto" w:fill="D9EAF7"/>
            <w:vAlign w:val="center"/>
          </w:tcPr>
          <w:p w14:paraId="7A2F39D6" w14:textId="77777777" w:rsidR="00D531EF" w:rsidRDefault="00000000">
            <w:r>
              <w:rPr>
                <w:b/>
                <w:sz w:val="19"/>
              </w:rPr>
              <w:t>ts_id</w:t>
            </w:r>
          </w:p>
        </w:tc>
        <w:tc>
          <w:tcPr>
            <w:tcW w:w="2045" w:type="dxa"/>
            <w:shd w:val="clear" w:color="auto" w:fill="D9EAF7"/>
            <w:vAlign w:val="center"/>
          </w:tcPr>
          <w:p w14:paraId="00CAD0EA" w14:textId="77777777" w:rsidR="00D531EF" w:rsidRDefault="00000000">
            <w:r>
              <w:rPr>
                <w:b/>
                <w:sz w:val="19"/>
              </w:rPr>
              <w:t>rscs_date</w:t>
            </w:r>
          </w:p>
        </w:tc>
      </w:tr>
      <w:tr w:rsidR="00D531EF" w14:paraId="34DD92DB" w14:textId="77777777">
        <w:trPr>
          <w:jc w:val="center"/>
        </w:trPr>
        <w:tc>
          <w:tcPr>
            <w:tcW w:w="2045" w:type="dxa"/>
            <w:vAlign w:val="center"/>
          </w:tcPr>
          <w:p w14:paraId="1D0E6E58" w14:textId="77777777" w:rsidR="00D531EF" w:rsidRDefault="00000000">
            <w:r>
              <w:rPr>
                <w:sz w:val="19"/>
              </w:rPr>
              <w:t>9001</w:t>
            </w:r>
          </w:p>
        </w:tc>
        <w:tc>
          <w:tcPr>
            <w:tcW w:w="2045" w:type="dxa"/>
            <w:vAlign w:val="center"/>
          </w:tcPr>
          <w:p w14:paraId="4DABE4D5" w14:textId="77777777" w:rsidR="00D531EF" w:rsidRDefault="00000000">
            <w:r>
              <w:rPr>
                <w:sz w:val="19"/>
              </w:rPr>
              <w:t>501</w:t>
            </w:r>
          </w:p>
        </w:tc>
        <w:tc>
          <w:tcPr>
            <w:tcW w:w="2045" w:type="dxa"/>
            <w:vAlign w:val="center"/>
          </w:tcPr>
          <w:p w14:paraId="5676A86D" w14:textId="77777777" w:rsidR="00D531EF" w:rsidRDefault="00000000">
            <w:r>
              <w:rPr>
                <w:sz w:val="19"/>
              </w:rPr>
              <w:t>1</w:t>
            </w:r>
          </w:p>
        </w:tc>
        <w:tc>
          <w:tcPr>
            <w:tcW w:w="2045" w:type="dxa"/>
            <w:vAlign w:val="center"/>
          </w:tcPr>
          <w:p w14:paraId="212850C4" w14:textId="77777777" w:rsidR="00D531EF" w:rsidRDefault="00000000">
            <w:r>
              <w:rPr>
                <w:sz w:val="19"/>
              </w:rPr>
              <w:t>101</w:t>
            </w:r>
          </w:p>
        </w:tc>
        <w:tc>
          <w:tcPr>
            <w:tcW w:w="2045" w:type="dxa"/>
            <w:vAlign w:val="center"/>
          </w:tcPr>
          <w:p w14:paraId="22AF29A6" w14:textId="77777777" w:rsidR="00D531EF" w:rsidRDefault="00000000">
            <w:r>
              <w:rPr>
                <w:sz w:val="19"/>
              </w:rPr>
              <w:t>2026-09-06</w:t>
            </w:r>
          </w:p>
        </w:tc>
      </w:tr>
    </w:tbl>
    <w:p w14:paraId="3357B553" w14:textId="77777777" w:rsidR="00D531EF" w:rsidRDefault="00D531EF"/>
    <w:p w14:paraId="46D3FBDB" w14:textId="77777777" w:rsidR="00D531EF" w:rsidRDefault="00000000">
      <w:pPr>
        <w:spacing w:after="140"/>
        <w:ind w:left="360"/>
      </w:pPr>
      <w:r>
        <w:rPr>
          <w:rFonts w:ascii="Courier New" w:hAnsi="Courier New"/>
          <w:sz w:val="18"/>
        </w:rPr>
        <w:t>GAME 501</w:t>
      </w:r>
      <w:r>
        <w:rPr>
          <w:rFonts w:ascii="Courier New" w:hAnsi="Courier New"/>
          <w:sz w:val="18"/>
        </w:rPr>
        <w:br/>
        <w:t>Tigers vs Lions</w:t>
      </w:r>
      <w:r>
        <w:rPr>
          <w:rFonts w:ascii="Courier New" w:hAnsi="Courier New"/>
          <w:sz w:val="18"/>
        </w:rPr>
        <w:br/>
        <w:t xml:space="preserve">        │</w:t>
      </w:r>
      <w:r>
        <w:rPr>
          <w:rFonts w:ascii="Courier New" w:hAnsi="Courier New"/>
          <w:sz w:val="18"/>
        </w:rPr>
        <w:br/>
        <w:t xml:space="preserve">        ▼</w:t>
      </w:r>
      <w:r>
        <w:rPr>
          <w:rFonts w:ascii="Courier New" w:hAnsi="Courier New"/>
          <w:sz w:val="18"/>
        </w:rPr>
        <w:br/>
        <w:t>SCHEDULE 9001</w:t>
      </w:r>
      <w:r>
        <w:rPr>
          <w:rFonts w:ascii="Courier New" w:hAnsi="Courier New"/>
          <w:sz w:val="18"/>
        </w:rPr>
        <w:br/>
        <w:t xml:space="preserve">        ├── Ground A</w:t>
      </w:r>
      <w:r>
        <w:rPr>
          <w:rFonts w:ascii="Courier New" w:hAnsi="Courier New"/>
          <w:sz w:val="18"/>
        </w:rPr>
        <w:br/>
        <w:t xml:space="preserve">        ├── Sunday 2026-09-06</w:t>
      </w:r>
      <w:r>
        <w:rPr>
          <w:rFonts w:ascii="Courier New" w:hAnsi="Courier New"/>
          <w:sz w:val="18"/>
        </w:rPr>
        <w:br/>
        <w:t xml:space="preserve">        └── 08:00–10:00</w:t>
      </w:r>
    </w:p>
    <w:p w14:paraId="4D71DE12" w14:textId="77777777" w:rsidR="00D531EF" w:rsidRDefault="00000000">
      <w:pPr>
        <w:pStyle w:val="Heading1"/>
      </w:pPr>
      <w:r>
        <w:t>9. Relationship with the Existing timeslot Table</w:t>
      </w:r>
    </w:p>
    <w:p w14:paraId="24612664" w14:textId="77777777" w:rsidR="00D531EF" w:rsidRDefault="00000000">
      <w:r>
        <w:t>The existing timeslot table already stores resource-related time information. Therefore, the new constraint layer should not automatically duplicate the same availability data.</w:t>
      </w:r>
    </w:p>
    <w:p w14:paraId="3E0A999A" w14:textId="77777777" w:rsidR="00D531EF" w:rsidRDefault="00000000">
      <w:r>
        <w:t>The proposed implementation can preserve timeslot as the resource-time source while using the generalized constraint layer for rules that do not fit naturally into the current structure, such as team limits, official limits, rest periods, preferences, and future scheduling rules.</w:t>
      </w:r>
    </w:p>
    <w:p w14:paraId="37B38987" w14:textId="77777777" w:rsidR="00D531EF" w:rsidRDefault="00000000">
      <w:pPr>
        <w:spacing w:after="140"/>
        <w:ind w:left="360"/>
        <w:rPr>
          <w:rFonts w:ascii="Courier New" w:hAnsi="Courier New"/>
          <w:sz w:val="18"/>
        </w:rPr>
      </w:pPr>
      <w:r>
        <w:rPr>
          <w:rFonts w:ascii="Courier New" w:hAnsi="Courier New"/>
          <w:sz w:val="18"/>
        </w:rPr>
        <w:t>Resource</w:t>
      </w:r>
      <w:r>
        <w:rPr>
          <w:rFonts w:ascii="Courier New" w:hAnsi="Courier New"/>
          <w:sz w:val="18"/>
        </w:rPr>
        <w:br/>
        <w:t xml:space="preserve">    │</w:t>
      </w:r>
      <w:r>
        <w:rPr>
          <w:rFonts w:ascii="Courier New" w:hAnsi="Courier New"/>
          <w:sz w:val="18"/>
        </w:rPr>
        <w:br/>
        <w:t xml:space="preserve">    ├── Existing timeslot</w:t>
      </w:r>
      <w:r>
        <w:rPr>
          <w:rFonts w:ascii="Courier New" w:hAnsi="Courier New"/>
          <w:sz w:val="18"/>
        </w:rPr>
        <w:br/>
        <w:t xml:space="preserve">    │     Sunday 08:00–10:00</w:t>
      </w:r>
      <w:r>
        <w:rPr>
          <w:rFonts w:ascii="Courier New" w:hAnsi="Courier New"/>
          <w:sz w:val="18"/>
        </w:rPr>
        <w:br/>
        <w:t xml:space="preserve">    │     Sunday 10:00–12:00</w:t>
      </w:r>
      <w:r>
        <w:rPr>
          <w:rFonts w:ascii="Courier New" w:hAnsi="Courier New"/>
          <w:sz w:val="18"/>
        </w:rPr>
        <w:br/>
        <w:t xml:space="preserve">    │</w:t>
      </w:r>
      <w:r>
        <w:rPr>
          <w:rFonts w:ascii="Courier New" w:hAnsi="Courier New"/>
          <w:sz w:val="18"/>
        </w:rPr>
        <w:br/>
        <w:t xml:space="preserve">    └── Additional Constraints</w:t>
      </w:r>
      <w:r>
        <w:rPr>
          <w:rFonts w:ascii="Courier New" w:hAnsi="Courier New"/>
          <w:sz w:val="18"/>
        </w:rPr>
        <w:br/>
        <w:t xml:space="preserve">          Unavailable on specific date</w:t>
      </w:r>
      <w:r>
        <w:rPr>
          <w:rFonts w:ascii="Courier New" w:hAnsi="Courier New"/>
          <w:sz w:val="18"/>
        </w:rPr>
        <w:br/>
        <w:t xml:space="preserve">          Other future rules</w:t>
      </w:r>
    </w:p>
    <w:p w14:paraId="730B2EBC" w14:textId="77777777" w:rsidR="004E506D" w:rsidRDefault="004E506D">
      <w:pPr>
        <w:spacing w:after="140"/>
        <w:ind w:left="360"/>
        <w:rPr>
          <w:rFonts w:ascii="Courier New" w:hAnsi="Courier New"/>
          <w:sz w:val="18"/>
        </w:rPr>
      </w:pPr>
    </w:p>
    <w:p w14:paraId="7A2C7355" w14:textId="77777777" w:rsidR="004E506D" w:rsidRDefault="004E506D">
      <w:pPr>
        <w:spacing w:after="140"/>
        <w:ind w:left="360"/>
        <w:rPr>
          <w:rFonts w:ascii="Courier New" w:hAnsi="Courier New"/>
          <w:sz w:val="18"/>
        </w:rPr>
      </w:pPr>
    </w:p>
    <w:p w14:paraId="50534AA7" w14:textId="77777777" w:rsidR="004E506D" w:rsidRDefault="004E506D">
      <w:pPr>
        <w:spacing w:after="140"/>
        <w:ind w:left="360"/>
        <w:rPr>
          <w:rFonts w:ascii="Courier New" w:hAnsi="Courier New"/>
          <w:sz w:val="18"/>
        </w:rPr>
      </w:pPr>
    </w:p>
    <w:p w14:paraId="5EC1C906" w14:textId="77777777" w:rsidR="004E506D" w:rsidRDefault="004E506D">
      <w:pPr>
        <w:spacing w:after="140"/>
        <w:ind w:left="360"/>
      </w:pPr>
    </w:p>
    <w:p w14:paraId="36DF0545" w14:textId="3051B072" w:rsidR="00D531EF" w:rsidRDefault="00000000">
      <w:pPr>
        <w:pStyle w:val="Heading1"/>
      </w:pPr>
      <w:r>
        <w:t>1</w:t>
      </w:r>
      <w:r w:rsidR="004E506D">
        <w:t>0</w:t>
      </w:r>
      <w:r>
        <w:t>. Final Architecture</w:t>
      </w:r>
    </w:p>
    <w:p w14:paraId="24DA0A73" w14:textId="77777777" w:rsidR="00D531EF" w:rsidRDefault="00000000">
      <w:pPr>
        <w:spacing w:after="140"/>
        <w:ind w:left="360"/>
      </w:pPr>
      <w:r>
        <w:rPr>
          <w:rFonts w:ascii="Courier New" w:hAnsi="Courier New"/>
          <w:sz w:val="18"/>
        </w:rPr>
        <w:t>┌───────────────────────────────────────────┐</w:t>
      </w:r>
      <w:r>
        <w:rPr>
          <w:rFonts w:ascii="Courier New" w:hAnsi="Courier New"/>
          <w:sz w:val="18"/>
        </w:rPr>
        <w:br/>
        <w:t>│           EXISTING MASTER DATA            │</w:t>
      </w:r>
      <w:r>
        <w:rPr>
          <w:rFonts w:ascii="Courier New" w:hAnsi="Courier New"/>
          <w:sz w:val="18"/>
        </w:rPr>
        <w:br/>
        <w:t>│ Resource / Team / Official / Coach        │</w:t>
      </w:r>
      <w:r>
        <w:rPr>
          <w:rFonts w:ascii="Courier New" w:hAnsi="Courier New"/>
          <w:sz w:val="18"/>
        </w:rPr>
        <w:br/>
        <w:t>└────────────────────┬──────────────────────┘</w:t>
      </w:r>
      <w:r>
        <w:rPr>
          <w:rFonts w:ascii="Courier New" w:hAnsi="Courier New"/>
          <w:sz w:val="18"/>
        </w:rPr>
        <w:br/>
        <w:t xml:space="preserve">                     │</w:t>
      </w:r>
      <w:r>
        <w:rPr>
          <w:rFonts w:ascii="Courier New" w:hAnsi="Courier New"/>
          <w:sz w:val="18"/>
        </w:rPr>
        <w:br/>
        <w:t xml:space="preserve">                     ▼</w:t>
      </w:r>
      <w:r>
        <w:rPr>
          <w:rFonts w:ascii="Courier New" w:hAnsi="Courier New"/>
          <w:sz w:val="18"/>
        </w:rPr>
        <w:br/>
      </w:r>
      <w:r>
        <w:rPr>
          <w:rFonts w:ascii="Courier New" w:hAnsi="Courier New"/>
          <w:sz w:val="18"/>
        </w:rPr>
        <w:lastRenderedPageBreak/>
        <w:t>┌───────────────────────────────────────────┐</w:t>
      </w:r>
      <w:r>
        <w:rPr>
          <w:rFonts w:ascii="Courier New" w:hAnsi="Courier New"/>
          <w:sz w:val="18"/>
        </w:rPr>
        <w:br/>
        <w:t>│       GENERALIZED CONSTRAINT SYSTEM       │</w:t>
      </w:r>
      <w:r>
        <w:rPr>
          <w:rFonts w:ascii="Courier New" w:hAnsi="Courier New"/>
          <w:sz w:val="18"/>
        </w:rPr>
        <w:br/>
        <w:t>│ Which rules apply to which object type?   │</w:t>
      </w:r>
      <w:r>
        <w:rPr>
          <w:rFonts w:ascii="Courier New" w:hAnsi="Courier New"/>
          <w:sz w:val="18"/>
        </w:rPr>
        <w:br/>
        <w:t>└────────────────────┬──────────────────────┘</w:t>
      </w:r>
      <w:r>
        <w:rPr>
          <w:rFonts w:ascii="Courier New" w:hAnsi="Courier New"/>
          <w:sz w:val="18"/>
        </w:rPr>
        <w:br/>
        <w:t xml:space="preserve">                     │</w:t>
      </w:r>
      <w:r>
        <w:rPr>
          <w:rFonts w:ascii="Courier New" w:hAnsi="Courier New"/>
          <w:sz w:val="18"/>
        </w:rPr>
        <w:br/>
        <w:t xml:space="preserve">                     ▼</w:t>
      </w:r>
      <w:r>
        <w:rPr>
          <w:rFonts w:ascii="Courier New" w:hAnsi="Courier New"/>
          <w:sz w:val="18"/>
        </w:rPr>
        <w:br/>
        <w:t>┌───────────────────────────────────────────┐</w:t>
      </w:r>
      <w:r>
        <w:rPr>
          <w:rFonts w:ascii="Courier New" w:hAnsi="Courier New"/>
          <w:sz w:val="18"/>
        </w:rPr>
        <w:br/>
        <w:t>│        ACTUAL CONSTRAINT VALUES           │</w:t>
      </w:r>
      <w:r>
        <w:rPr>
          <w:rFonts w:ascii="Courier New" w:hAnsi="Courier New"/>
          <w:sz w:val="18"/>
        </w:rPr>
        <w:br/>
        <w:t>│ Ground A → Sunday 08:00–14:00             │</w:t>
      </w:r>
      <w:r>
        <w:rPr>
          <w:rFonts w:ascii="Courier New" w:hAnsi="Courier New"/>
          <w:sz w:val="18"/>
        </w:rPr>
        <w:br/>
        <w:t>│ Tigers → Max 2 games/day                  │</w:t>
      </w:r>
      <w:r>
        <w:rPr>
          <w:rFonts w:ascii="Courier New" w:hAnsi="Courier New"/>
          <w:sz w:val="18"/>
        </w:rPr>
        <w:br/>
        <w:t>│ John → Minimum 60 min rest                │</w:t>
      </w:r>
      <w:r>
        <w:rPr>
          <w:rFonts w:ascii="Courier New" w:hAnsi="Courier New"/>
          <w:sz w:val="18"/>
        </w:rPr>
        <w:br/>
        <w:t>└────────────────────┬──────────────────────┘</w:t>
      </w:r>
      <w:r>
        <w:rPr>
          <w:rFonts w:ascii="Courier New" w:hAnsi="Courier New"/>
          <w:sz w:val="18"/>
        </w:rPr>
        <w:br/>
        <w:t xml:space="preserve">                     │</w:t>
      </w:r>
      <w:r>
        <w:rPr>
          <w:rFonts w:ascii="Courier New" w:hAnsi="Courier New"/>
          <w:sz w:val="18"/>
        </w:rPr>
        <w:br/>
        <w:t xml:space="preserve">                     ▼</w:t>
      </w:r>
      <w:r>
        <w:rPr>
          <w:rFonts w:ascii="Courier New" w:hAnsi="Courier New"/>
          <w:sz w:val="18"/>
        </w:rPr>
        <w:br/>
        <w:t xml:space="preserve">                SCHEDULER</w:t>
      </w:r>
      <w:r>
        <w:rPr>
          <w:rFonts w:ascii="Courier New" w:hAnsi="Courier New"/>
          <w:sz w:val="18"/>
        </w:rPr>
        <w:br/>
        <w:t xml:space="preserve">                     │</w:t>
      </w:r>
      <w:r>
        <w:rPr>
          <w:rFonts w:ascii="Courier New" w:hAnsi="Courier New"/>
          <w:sz w:val="18"/>
        </w:rPr>
        <w:br/>
        <w:t xml:space="preserve">               CHECK RULES</w:t>
      </w:r>
      <w:r>
        <w:rPr>
          <w:rFonts w:ascii="Courier New" w:hAnsi="Courier New"/>
          <w:sz w:val="18"/>
        </w:rPr>
        <w:br/>
        <w:t xml:space="preserve">                     │</w:t>
      </w:r>
      <w:r>
        <w:rPr>
          <w:rFonts w:ascii="Courier New" w:hAnsi="Courier New"/>
          <w:sz w:val="18"/>
        </w:rPr>
        <w:br/>
        <w:t xml:space="preserve">                     ▼</w:t>
      </w:r>
      <w:r>
        <w:rPr>
          <w:rFonts w:ascii="Courier New" w:hAnsi="Courier New"/>
          <w:sz w:val="18"/>
        </w:rPr>
        <w:br/>
        <w:t>┌───────────────────────────────────────────┐</w:t>
      </w:r>
      <w:r>
        <w:rPr>
          <w:rFonts w:ascii="Courier New" w:hAnsi="Courier New"/>
          <w:sz w:val="18"/>
        </w:rPr>
        <w:br/>
        <w:t>│       EXISTING GAME + SCHEDULE TABLES     │</w:t>
      </w:r>
      <w:r>
        <w:rPr>
          <w:rFonts w:ascii="Courier New" w:hAnsi="Courier New"/>
          <w:sz w:val="18"/>
        </w:rPr>
        <w:br/>
        <w:t>│ Matchup + Resource + Date + Time          │</w:t>
      </w:r>
      <w:r>
        <w:rPr>
          <w:rFonts w:ascii="Courier New" w:hAnsi="Courier New"/>
          <w:sz w:val="18"/>
        </w:rPr>
        <w:br/>
        <w:t>└───────────────────────────────────────────┘</w:t>
      </w:r>
    </w:p>
    <w:p w14:paraId="5BCFA435" w14:textId="6917F6FA" w:rsidR="00D531EF" w:rsidRDefault="00000000">
      <w:pPr>
        <w:pStyle w:val="Heading1"/>
      </w:pPr>
      <w:r>
        <w:t>1</w:t>
      </w:r>
      <w:r w:rsidR="004E506D">
        <w:t>1</w:t>
      </w:r>
      <w:r>
        <w:t>. Final Summary</w:t>
      </w:r>
    </w:p>
    <w:p w14:paraId="47DB7B91" w14:textId="77777777" w:rsidR="00D531EF" w:rsidRDefault="00000000">
      <w:r>
        <w:t>The proposed architecture preserves the existing MYL scheduling data model and introduces a generalized constraint layer.</w:t>
      </w:r>
    </w:p>
    <w:p w14:paraId="4A203C3F" w14:textId="77777777" w:rsidR="00D531EF" w:rsidRDefault="00000000">
      <w:r>
        <w:t>Existing tables continue to store the actual business records and final schedule:</w:t>
      </w:r>
    </w:p>
    <w:p w14:paraId="51B41D2B" w14:textId="77777777" w:rsidR="00D531EF" w:rsidRDefault="00000000">
      <w:pPr>
        <w:spacing w:after="140"/>
        <w:ind w:left="360"/>
      </w:pPr>
      <w:r>
        <w:rPr>
          <w:rFonts w:ascii="Courier New" w:hAnsi="Courier New"/>
          <w:sz w:val="18"/>
        </w:rPr>
        <w:t>resource + team + official + timeslot + game + schedule</w:t>
      </w:r>
    </w:p>
    <w:p w14:paraId="05CFE420" w14:textId="77777777" w:rsidR="00D531EF" w:rsidRDefault="00000000">
      <w:r>
        <w:t>The new tables provide flexibility for scheduling rules:</w:t>
      </w:r>
    </w:p>
    <w:p w14:paraId="136F4983" w14:textId="77777777" w:rsidR="00D531EF" w:rsidRDefault="00000000">
      <w:pPr>
        <w:spacing w:after="140"/>
        <w:ind w:left="360"/>
      </w:pPr>
      <w:r>
        <w:rPr>
          <w:rFonts w:ascii="Courier New" w:hAnsi="Courier New"/>
          <w:sz w:val="18"/>
        </w:rPr>
        <w:t>scheduler_master_types</w:t>
      </w:r>
      <w:r>
        <w:rPr>
          <w:rFonts w:ascii="Courier New" w:hAnsi="Courier New"/>
          <w:sz w:val="18"/>
        </w:rPr>
        <w:br/>
        <w:t>scheduler_constraint_types</w:t>
      </w:r>
      <w:r>
        <w:rPr>
          <w:rFonts w:ascii="Courier New" w:hAnsi="Courier New"/>
          <w:sz w:val="18"/>
        </w:rPr>
        <w:br/>
        <w:t>scheduler_master_constraint_types</w:t>
      </w:r>
      <w:r>
        <w:rPr>
          <w:rFonts w:ascii="Courier New" w:hAnsi="Courier New"/>
          <w:sz w:val="18"/>
        </w:rPr>
        <w:br/>
        <w:t>scheduler_constraints</w:t>
      </w:r>
      <w:r>
        <w:rPr>
          <w:rFonts w:ascii="Courier New" w:hAnsi="Courier New"/>
          <w:sz w:val="18"/>
        </w:rPr>
        <w:br/>
        <w:t>scheduler_constraint_values</w:t>
      </w:r>
    </w:p>
    <w:p w14:paraId="2F63EEAC" w14:textId="77777777" w:rsidR="00D531EF" w:rsidRDefault="00000000">
      <w:r>
        <w:t>Together, the flow is:</w:t>
      </w:r>
    </w:p>
    <w:p w14:paraId="27C80C49" w14:textId="77777777" w:rsidR="00D531EF" w:rsidRDefault="00000000">
      <w:pPr>
        <w:spacing w:after="140"/>
        <w:ind w:left="360"/>
      </w:pPr>
      <w:r>
        <w:rPr>
          <w:rFonts w:ascii="Courier New" w:hAnsi="Courier New"/>
          <w:sz w:val="18"/>
        </w:rPr>
        <w:t>Existing Data</w:t>
      </w:r>
      <w:r>
        <w:rPr>
          <w:rFonts w:ascii="Courier New" w:hAnsi="Courier New"/>
          <w:sz w:val="18"/>
        </w:rPr>
        <w:br/>
        <w:t xml:space="preserve">      ↓</w:t>
      </w:r>
      <w:r>
        <w:rPr>
          <w:rFonts w:ascii="Courier New" w:hAnsi="Courier New"/>
          <w:sz w:val="18"/>
        </w:rPr>
        <w:br/>
        <w:t>Determine Applicable Rules</w:t>
      </w:r>
      <w:r>
        <w:rPr>
          <w:rFonts w:ascii="Courier New" w:hAnsi="Courier New"/>
          <w:sz w:val="18"/>
        </w:rPr>
        <w:br/>
        <w:t xml:space="preserve">      ↓</w:t>
      </w:r>
      <w:r>
        <w:rPr>
          <w:rFonts w:ascii="Courier New" w:hAnsi="Courier New"/>
          <w:sz w:val="18"/>
        </w:rPr>
        <w:br/>
        <w:t>Load Actual Constraint Values</w:t>
      </w:r>
      <w:r>
        <w:rPr>
          <w:rFonts w:ascii="Courier New" w:hAnsi="Courier New"/>
          <w:sz w:val="18"/>
        </w:rPr>
        <w:br/>
        <w:t xml:space="preserve">      ↓</w:t>
      </w:r>
      <w:r>
        <w:rPr>
          <w:rFonts w:ascii="Courier New" w:hAnsi="Courier New"/>
          <w:sz w:val="18"/>
        </w:rPr>
        <w:br/>
        <w:t>Validate Possible Schedule Assignments</w:t>
      </w:r>
      <w:r>
        <w:rPr>
          <w:rFonts w:ascii="Courier New" w:hAnsi="Courier New"/>
          <w:sz w:val="18"/>
        </w:rPr>
        <w:br/>
        <w:t xml:space="preserve">      ↓</w:t>
      </w:r>
      <w:r>
        <w:rPr>
          <w:rFonts w:ascii="Courier New" w:hAnsi="Courier New"/>
          <w:sz w:val="18"/>
        </w:rPr>
        <w:br/>
        <w:t>Generate Valid Schedule</w:t>
      </w:r>
      <w:r>
        <w:rPr>
          <w:rFonts w:ascii="Courier New" w:hAnsi="Courier New"/>
          <w:sz w:val="18"/>
        </w:rPr>
        <w:br/>
        <w:t xml:space="preserve">      ↓</w:t>
      </w:r>
      <w:r>
        <w:rPr>
          <w:rFonts w:ascii="Courier New" w:hAnsi="Courier New"/>
          <w:sz w:val="18"/>
        </w:rPr>
        <w:br/>
        <w:t>Store in Game + Schedule</w:t>
      </w:r>
    </w:p>
    <w:sectPr w:rsidR="00D531EF"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75117270">
    <w:abstractNumId w:val="8"/>
  </w:num>
  <w:num w:numId="2" w16cid:durableId="347223686">
    <w:abstractNumId w:val="6"/>
  </w:num>
  <w:num w:numId="3" w16cid:durableId="1559635214">
    <w:abstractNumId w:val="5"/>
  </w:num>
  <w:num w:numId="4" w16cid:durableId="971862402">
    <w:abstractNumId w:val="4"/>
  </w:num>
  <w:num w:numId="5" w16cid:durableId="1011180320">
    <w:abstractNumId w:val="7"/>
  </w:num>
  <w:num w:numId="6" w16cid:durableId="2132703085">
    <w:abstractNumId w:val="3"/>
  </w:num>
  <w:num w:numId="7" w16cid:durableId="921796431">
    <w:abstractNumId w:val="2"/>
  </w:num>
  <w:num w:numId="8" w16cid:durableId="649099933">
    <w:abstractNumId w:val="1"/>
  </w:num>
  <w:num w:numId="9" w16cid:durableId="25755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E506D"/>
    <w:rsid w:val="00AA1D8D"/>
    <w:rsid w:val="00B47730"/>
    <w:rsid w:val="00B6362F"/>
    <w:rsid w:val="00CB0664"/>
    <w:rsid w:val="00D531E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593203"/>
  <w14:defaultImageDpi w14:val="300"/>
  <w15:docId w15:val="{B74CDE40-663D-46CD-A4AB-E8E2666AF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1551</Words>
  <Characters>8842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Shubham Meshram</cp:lastModifiedBy>
  <cp:revision>2</cp:revision>
  <dcterms:created xsi:type="dcterms:W3CDTF">2013-12-23T23:15:00Z</dcterms:created>
  <dcterms:modified xsi:type="dcterms:W3CDTF">2026-08-18T10:50:00Z</dcterms:modified>
  <cp:category/>
</cp:coreProperties>
</file>